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8F3" w:rsidRDefault="00E208F3">
      <w:pPr>
        <w:autoSpaceDE w:val="0"/>
        <w:autoSpaceDN w:val="0"/>
        <w:spacing w:after="78" w:line="220" w:lineRule="exact"/>
      </w:pPr>
    </w:p>
    <w:p w:rsidR="00E208F3" w:rsidRPr="008856FA" w:rsidRDefault="00741B5A" w:rsidP="00DC0D8E">
      <w:pPr>
        <w:autoSpaceDE w:val="0"/>
        <w:autoSpaceDN w:val="0"/>
        <w:spacing w:after="0" w:line="230" w:lineRule="auto"/>
        <w:ind w:left="1494"/>
        <w:jc w:val="center"/>
        <w:rPr>
          <w:lang w:val="ru-RU"/>
        </w:rPr>
      </w:pPr>
      <w:bookmarkStart w:id="0" w:name="_GoBack"/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МИНИСТЕРСТВО ПРОСВЕЩЕНИЯ РОССИЙСКОЙ ФЕДЕРАЦИИ</w:t>
      </w:r>
    </w:p>
    <w:bookmarkEnd w:id="0"/>
    <w:p w:rsidR="00E208F3" w:rsidRPr="008856FA" w:rsidRDefault="00741B5A">
      <w:pPr>
        <w:autoSpaceDE w:val="0"/>
        <w:autoSpaceDN w:val="0"/>
        <w:spacing w:before="670" w:after="0" w:line="230" w:lineRule="auto"/>
        <w:ind w:left="2286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Министерство образования и науки Республики Татарстан</w:t>
      </w:r>
    </w:p>
    <w:p w:rsidR="00E208F3" w:rsidRPr="008856FA" w:rsidRDefault="00741B5A">
      <w:pPr>
        <w:autoSpaceDE w:val="0"/>
        <w:autoSpaceDN w:val="0"/>
        <w:spacing w:before="670" w:after="0" w:line="230" w:lineRule="auto"/>
        <w:ind w:left="2214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Исполком Камско-</w:t>
      </w:r>
      <w:proofErr w:type="spell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Устьинского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муниципального района РТ</w:t>
      </w:r>
    </w:p>
    <w:p w:rsidR="00E208F3" w:rsidRPr="008856FA" w:rsidRDefault="00741B5A">
      <w:pPr>
        <w:autoSpaceDE w:val="0"/>
        <w:autoSpaceDN w:val="0"/>
        <w:spacing w:before="670" w:after="1376" w:line="230" w:lineRule="auto"/>
        <w:ind w:left="2232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МБОУ «</w:t>
      </w:r>
      <w:proofErr w:type="spell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Теньковская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средняя общеобразовательная школа»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642"/>
        <w:gridCol w:w="3920"/>
        <w:gridCol w:w="3800"/>
      </w:tblGrid>
      <w:tr w:rsidR="00E208F3">
        <w:trPr>
          <w:trHeight w:hRule="exact" w:val="274"/>
        </w:trPr>
        <w:tc>
          <w:tcPr>
            <w:tcW w:w="2642" w:type="dxa"/>
            <w:tcMar>
              <w:left w:w="0" w:type="dxa"/>
              <w:right w:w="0" w:type="dxa"/>
            </w:tcMar>
          </w:tcPr>
          <w:p w:rsidR="00E208F3" w:rsidRDefault="00DC0D8E">
            <w:pPr>
              <w:autoSpaceDE w:val="0"/>
              <w:autoSpaceDN w:val="0"/>
              <w:spacing w:before="48" w:after="0" w:line="23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 </w:t>
            </w:r>
            <w:r w:rsidR="00741B5A"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РАССМОТРЕНО</w:t>
            </w:r>
          </w:p>
        </w:tc>
        <w:tc>
          <w:tcPr>
            <w:tcW w:w="3920" w:type="dxa"/>
            <w:tcMar>
              <w:left w:w="0" w:type="dxa"/>
              <w:right w:w="0" w:type="dxa"/>
            </w:tcMar>
          </w:tcPr>
          <w:p w:rsidR="00E208F3" w:rsidRDefault="00DC0D8E">
            <w:pPr>
              <w:autoSpaceDE w:val="0"/>
              <w:autoSpaceDN w:val="0"/>
              <w:spacing w:before="48" w:after="0" w:line="230" w:lineRule="auto"/>
              <w:ind w:left="876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     </w:t>
            </w:r>
            <w:r w:rsidR="00741B5A"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СОГЛАСОВАНО</w:t>
            </w:r>
          </w:p>
        </w:tc>
        <w:tc>
          <w:tcPr>
            <w:tcW w:w="3800" w:type="dxa"/>
            <w:tcMar>
              <w:left w:w="0" w:type="dxa"/>
              <w:right w:w="0" w:type="dxa"/>
            </w:tcMar>
          </w:tcPr>
          <w:p w:rsidR="00E208F3" w:rsidRDefault="00DC0D8E">
            <w:pPr>
              <w:autoSpaceDE w:val="0"/>
              <w:autoSpaceDN w:val="0"/>
              <w:spacing w:before="48" w:after="0" w:line="230" w:lineRule="auto"/>
              <w:ind w:left="472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               </w:t>
            </w:r>
            <w:r w:rsidR="00741B5A"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УТВЕРЖДЕНО</w:t>
            </w:r>
          </w:p>
        </w:tc>
      </w:tr>
      <w:tr w:rsidR="00E208F3">
        <w:trPr>
          <w:trHeight w:hRule="exact" w:val="276"/>
        </w:trPr>
        <w:tc>
          <w:tcPr>
            <w:tcW w:w="2642" w:type="dxa"/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after="0" w:line="23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Руководитель ШМО</w:t>
            </w:r>
          </w:p>
        </w:tc>
        <w:tc>
          <w:tcPr>
            <w:tcW w:w="3920" w:type="dxa"/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after="0" w:line="230" w:lineRule="auto"/>
              <w:ind w:left="876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Заместитель директора по УР</w:t>
            </w:r>
          </w:p>
        </w:tc>
        <w:tc>
          <w:tcPr>
            <w:tcW w:w="3800" w:type="dxa"/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after="0" w:line="230" w:lineRule="auto"/>
              <w:ind w:left="472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Директор МБОУ "Теньковская СОШ"</w:t>
            </w:r>
          </w:p>
        </w:tc>
      </w:tr>
    </w:tbl>
    <w:p w:rsidR="00E208F3" w:rsidRDefault="00E208F3">
      <w:pPr>
        <w:autoSpaceDE w:val="0"/>
        <w:autoSpaceDN w:val="0"/>
        <w:spacing w:after="0" w:line="60" w:lineRule="exact"/>
      </w:pPr>
    </w:p>
    <w:tbl>
      <w:tblPr>
        <w:tblW w:w="10433" w:type="dxa"/>
        <w:tblLayout w:type="fixed"/>
        <w:tblLook w:val="04A0" w:firstRow="1" w:lastRow="0" w:firstColumn="1" w:lastColumn="0" w:noHBand="0" w:noVBand="1"/>
      </w:tblPr>
      <w:tblGrid>
        <w:gridCol w:w="2638"/>
        <w:gridCol w:w="4123"/>
        <w:gridCol w:w="3672"/>
      </w:tblGrid>
      <w:tr w:rsidR="00E208F3" w:rsidTr="00DC0D8E">
        <w:trPr>
          <w:trHeight w:hRule="exact" w:val="302"/>
        </w:trPr>
        <w:tc>
          <w:tcPr>
            <w:tcW w:w="2638" w:type="dxa"/>
            <w:vMerge w:val="restart"/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656" w:after="0" w:line="230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Е.А.Чернеева</w:t>
            </w:r>
            <w:proofErr w:type="spellEnd"/>
          </w:p>
        </w:tc>
        <w:tc>
          <w:tcPr>
            <w:tcW w:w="4123" w:type="dxa"/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60" w:after="0" w:line="230" w:lineRule="auto"/>
              <w:ind w:right="1026"/>
              <w:jc w:val="right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М.А.Назарычева</w:t>
            </w:r>
          </w:p>
        </w:tc>
        <w:tc>
          <w:tcPr>
            <w:tcW w:w="3672" w:type="dxa"/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Л.И.Акутина</w:t>
            </w:r>
          </w:p>
        </w:tc>
      </w:tr>
      <w:tr w:rsidR="00E208F3" w:rsidTr="00DC0D8E">
        <w:trPr>
          <w:trHeight w:hRule="exact" w:val="586"/>
        </w:trPr>
        <w:tc>
          <w:tcPr>
            <w:tcW w:w="2638" w:type="dxa"/>
            <w:vMerge/>
          </w:tcPr>
          <w:p w:rsidR="00E208F3" w:rsidRDefault="00E208F3"/>
        </w:tc>
        <w:tc>
          <w:tcPr>
            <w:tcW w:w="4123" w:type="dxa"/>
            <w:tcMar>
              <w:left w:w="0" w:type="dxa"/>
              <w:right w:w="0" w:type="dxa"/>
            </w:tcMar>
          </w:tcPr>
          <w:p w:rsidR="00E208F3" w:rsidRPr="00DC0D8E" w:rsidRDefault="00741B5A">
            <w:pPr>
              <w:autoSpaceDE w:val="0"/>
              <w:autoSpaceDN w:val="0"/>
              <w:spacing w:before="106" w:after="0" w:line="230" w:lineRule="auto"/>
              <w:ind w:right="1394"/>
              <w:jc w:val="right"/>
              <w:rPr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</w:t>
            </w:r>
            <w:r w:rsidR="00DC0D8E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1</w:t>
            </w:r>
          </w:p>
        </w:tc>
        <w:tc>
          <w:tcPr>
            <w:tcW w:w="3672" w:type="dxa"/>
            <w:tcMar>
              <w:left w:w="0" w:type="dxa"/>
              <w:right w:w="0" w:type="dxa"/>
            </w:tcMar>
          </w:tcPr>
          <w:p w:rsidR="00E208F3" w:rsidRPr="00DC0D8E" w:rsidRDefault="00741B5A">
            <w:pPr>
              <w:autoSpaceDE w:val="0"/>
              <w:autoSpaceDN w:val="0"/>
              <w:spacing w:before="106" w:after="0" w:line="230" w:lineRule="auto"/>
              <w:ind w:right="1354"/>
              <w:jc w:val="right"/>
              <w:rPr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Приказ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</w:t>
            </w:r>
            <w:r w:rsidR="00DC0D8E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96</w:t>
            </w:r>
          </w:p>
        </w:tc>
      </w:tr>
      <w:tr w:rsidR="00E208F3" w:rsidTr="00DC0D8E">
        <w:trPr>
          <w:trHeight w:hRule="exact" w:val="404"/>
        </w:trPr>
        <w:tc>
          <w:tcPr>
            <w:tcW w:w="2638" w:type="dxa"/>
            <w:tcMar>
              <w:left w:w="0" w:type="dxa"/>
              <w:right w:w="0" w:type="dxa"/>
            </w:tcMar>
          </w:tcPr>
          <w:p w:rsidR="00E208F3" w:rsidRPr="00DC0D8E" w:rsidRDefault="00741B5A">
            <w:pPr>
              <w:autoSpaceDE w:val="0"/>
              <w:autoSpaceDN w:val="0"/>
              <w:spacing w:before="198" w:after="0" w:line="230" w:lineRule="auto"/>
              <w:rPr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</w:t>
            </w:r>
            <w:r w:rsidR="00DC0D8E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1</w:t>
            </w:r>
          </w:p>
        </w:tc>
        <w:tc>
          <w:tcPr>
            <w:tcW w:w="4123" w:type="dxa"/>
            <w:tcMar>
              <w:left w:w="0" w:type="dxa"/>
              <w:right w:w="0" w:type="dxa"/>
            </w:tcMar>
          </w:tcPr>
          <w:p w:rsidR="00E208F3" w:rsidRDefault="00DC0D8E">
            <w:pPr>
              <w:autoSpaceDE w:val="0"/>
              <w:autoSpaceDN w:val="0"/>
              <w:spacing w:after="0" w:line="230" w:lineRule="auto"/>
              <w:ind w:right="1340"/>
              <w:jc w:val="right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     </w:t>
            </w:r>
            <w:proofErr w:type="spellStart"/>
            <w:r w:rsidR="00741B5A"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от</w:t>
            </w:r>
            <w:proofErr w:type="spellEnd"/>
            <w:r w:rsidR="00741B5A"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"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20</w:t>
            </w:r>
            <w:r w:rsidR="00741B5A"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"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августа</w:t>
            </w:r>
            <w:r w:rsidR="00741B5A"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  2022 г.</w:t>
            </w:r>
          </w:p>
        </w:tc>
        <w:tc>
          <w:tcPr>
            <w:tcW w:w="3672" w:type="dxa"/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after="0" w:line="230" w:lineRule="auto"/>
              <w:ind w:right="1178"/>
              <w:jc w:val="right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от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"</w:t>
            </w:r>
            <w:r w:rsidR="00DC0D8E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20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"</w:t>
            </w:r>
            <w:r w:rsidR="00DC0D8E"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августа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2022 г.</w:t>
            </w:r>
          </w:p>
        </w:tc>
      </w:tr>
    </w:tbl>
    <w:p w:rsidR="00E208F3" w:rsidRDefault="00741B5A">
      <w:pPr>
        <w:autoSpaceDE w:val="0"/>
        <w:autoSpaceDN w:val="0"/>
        <w:spacing w:before="122" w:after="0" w:line="230" w:lineRule="auto"/>
      </w:pPr>
      <w:proofErr w:type="spellStart"/>
      <w:proofErr w:type="gramStart"/>
      <w:r>
        <w:rPr>
          <w:rFonts w:ascii="Times New Roman" w:eastAsia="Times New Roman" w:hAnsi="Times New Roman"/>
          <w:color w:val="000000"/>
          <w:w w:val="102"/>
          <w:sz w:val="20"/>
        </w:rPr>
        <w:t>от</w:t>
      </w:r>
      <w:proofErr w:type="spellEnd"/>
      <w:proofErr w:type="gramEnd"/>
      <w:r>
        <w:rPr>
          <w:rFonts w:ascii="Times New Roman" w:eastAsia="Times New Roman" w:hAnsi="Times New Roman"/>
          <w:color w:val="000000"/>
          <w:w w:val="102"/>
          <w:sz w:val="20"/>
        </w:rPr>
        <w:t xml:space="preserve"> "</w:t>
      </w:r>
      <w:r w:rsidR="00DC0D8E">
        <w:rPr>
          <w:rFonts w:ascii="Times New Roman" w:eastAsia="Times New Roman" w:hAnsi="Times New Roman"/>
          <w:color w:val="000000"/>
          <w:w w:val="102"/>
          <w:sz w:val="20"/>
          <w:lang w:val="ru-RU"/>
        </w:rPr>
        <w:t>20</w:t>
      </w:r>
      <w:r>
        <w:rPr>
          <w:rFonts w:ascii="Times New Roman" w:eastAsia="Times New Roman" w:hAnsi="Times New Roman"/>
          <w:color w:val="000000"/>
          <w:w w:val="102"/>
          <w:sz w:val="20"/>
        </w:rPr>
        <w:t xml:space="preserve">" </w:t>
      </w:r>
      <w:r w:rsidR="00DC0D8E">
        <w:rPr>
          <w:rFonts w:ascii="Times New Roman" w:eastAsia="Times New Roman" w:hAnsi="Times New Roman"/>
          <w:color w:val="000000"/>
          <w:w w:val="102"/>
          <w:sz w:val="20"/>
          <w:lang w:val="ru-RU"/>
        </w:rPr>
        <w:t xml:space="preserve">августа </w:t>
      </w:r>
      <w:r>
        <w:rPr>
          <w:rFonts w:ascii="Times New Roman" w:eastAsia="Times New Roman" w:hAnsi="Times New Roman"/>
          <w:color w:val="000000"/>
          <w:w w:val="102"/>
          <w:sz w:val="20"/>
        </w:rPr>
        <w:t>2022 г.</w:t>
      </w:r>
    </w:p>
    <w:p w:rsidR="00E208F3" w:rsidRDefault="00741B5A">
      <w:pPr>
        <w:autoSpaceDE w:val="0"/>
        <w:autoSpaceDN w:val="0"/>
        <w:spacing w:before="1038" w:after="0" w:line="230" w:lineRule="auto"/>
        <w:jc w:val="center"/>
      </w:pPr>
      <w:r>
        <w:rPr>
          <w:rFonts w:ascii="Times New Roman" w:eastAsia="Times New Roman" w:hAnsi="Times New Roman"/>
          <w:b/>
          <w:color w:val="000000"/>
          <w:sz w:val="24"/>
        </w:rPr>
        <w:t>РАБОЧАЯ ПРОГРАММА</w:t>
      </w:r>
    </w:p>
    <w:p w:rsidR="00E208F3" w:rsidRDefault="00741B5A">
      <w:pPr>
        <w:autoSpaceDE w:val="0"/>
        <w:autoSpaceDN w:val="0"/>
        <w:spacing w:before="70" w:after="0" w:line="230" w:lineRule="auto"/>
        <w:jc w:val="center"/>
      </w:pPr>
      <w:r>
        <w:rPr>
          <w:rFonts w:ascii="Times New Roman" w:eastAsia="Times New Roman" w:hAnsi="Times New Roman"/>
          <w:b/>
          <w:color w:val="000000"/>
          <w:sz w:val="24"/>
        </w:rPr>
        <w:t>(ID 458894)</w:t>
      </w:r>
    </w:p>
    <w:p w:rsidR="00E208F3" w:rsidRDefault="00741B5A">
      <w:pPr>
        <w:autoSpaceDE w:val="0"/>
        <w:autoSpaceDN w:val="0"/>
        <w:spacing w:before="166" w:after="0" w:line="230" w:lineRule="auto"/>
        <w:ind w:right="4104"/>
        <w:jc w:val="right"/>
      </w:pPr>
      <w:r>
        <w:rPr>
          <w:rFonts w:ascii="Times New Roman" w:eastAsia="Times New Roman" w:hAnsi="Times New Roman"/>
          <w:color w:val="000000"/>
          <w:sz w:val="24"/>
        </w:rPr>
        <w:t>учебного предмета</w:t>
      </w:r>
    </w:p>
    <w:p w:rsidR="00E208F3" w:rsidRDefault="00741B5A">
      <w:pPr>
        <w:autoSpaceDE w:val="0"/>
        <w:autoSpaceDN w:val="0"/>
        <w:spacing w:before="70" w:after="0" w:line="230" w:lineRule="auto"/>
        <w:ind w:right="4014"/>
        <w:jc w:val="right"/>
      </w:pPr>
      <w:r>
        <w:rPr>
          <w:rFonts w:ascii="Times New Roman" w:eastAsia="Times New Roman" w:hAnsi="Times New Roman"/>
          <w:color w:val="000000"/>
          <w:sz w:val="24"/>
        </w:rPr>
        <w:t>«Окружающий мир»</w:t>
      </w:r>
    </w:p>
    <w:p w:rsidR="00E208F3" w:rsidRDefault="00741B5A">
      <w:pPr>
        <w:autoSpaceDE w:val="0"/>
        <w:autoSpaceDN w:val="0"/>
        <w:spacing w:before="670" w:after="0" w:line="230" w:lineRule="auto"/>
        <w:ind w:right="2764"/>
        <w:jc w:val="right"/>
      </w:pPr>
      <w:r>
        <w:rPr>
          <w:rFonts w:ascii="Times New Roman" w:eastAsia="Times New Roman" w:hAnsi="Times New Roman"/>
          <w:color w:val="000000"/>
          <w:sz w:val="24"/>
        </w:rPr>
        <w:t>для 1 класса начального общего образования</w:t>
      </w:r>
    </w:p>
    <w:p w:rsidR="00E208F3" w:rsidRDefault="00741B5A">
      <w:pPr>
        <w:autoSpaceDE w:val="0"/>
        <w:autoSpaceDN w:val="0"/>
        <w:spacing w:before="70" w:after="0" w:line="230" w:lineRule="auto"/>
        <w:ind w:right="3702"/>
        <w:jc w:val="right"/>
      </w:pPr>
      <w:r>
        <w:rPr>
          <w:rFonts w:ascii="Times New Roman" w:eastAsia="Times New Roman" w:hAnsi="Times New Roman"/>
          <w:color w:val="000000"/>
          <w:sz w:val="24"/>
        </w:rPr>
        <w:t>на 2022-2023  учебный год</w:t>
      </w:r>
    </w:p>
    <w:p w:rsidR="00E208F3" w:rsidRDefault="00741B5A">
      <w:pPr>
        <w:autoSpaceDE w:val="0"/>
        <w:autoSpaceDN w:val="0"/>
        <w:spacing w:before="2112" w:after="0" w:line="230" w:lineRule="auto"/>
        <w:ind w:right="116"/>
        <w:jc w:val="right"/>
      </w:pPr>
      <w:r>
        <w:rPr>
          <w:rFonts w:ascii="Times New Roman" w:eastAsia="Times New Roman" w:hAnsi="Times New Roman"/>
          <w:color w:val="000000"/>
          <w:sz w:val="24"/>
        </w:rPr>
        <w:t>Составитель: Никонова Любовь Юрьевна</w:t>
      </w:r>
    </w:p>
    <w:p w:rsidR="00E208F3" w:rsidRDefault="00741B5A">
      <w:pPr>
        <w:autoSpaceDE w:val="0"/>
        <w:autoSpaceDN w:val="0"/>
        <w:spacing w:before="70" w:after="0" w:line="230" w:lineRule="auto"/>
        <w:ind w:right="112"/>
        <w:jc w:val="right"/>
        <w:rPr>
          <w:rFonts w:ascii="Times New Roman" w:eastAsia="Times New Roman" w:hAnsi="Times New Roman"/>
          <w:color w:val="000000"/>
          <w:sz w:val="24"/>
        </w:rPr>
      </w:pPr>
      <w:proofErr w:type="spellStart"/>
      <w:proofErr w:type="gramStart"/>
      <w:r>
        <w:rPr>
          <w:rFonts w:ascii="Times New Roman" w:eastAsia="Times New Roman" w:hAnsi="Times New Roman"/>
          <w:color w:val="000000"/>
          <w:sz w:val="24"/>
        </w:rPr>
        <w:t>учитель</w:t>
      </w:r>
      <w:proofErr w:type="spellEnd"/>
      <w:proofErr w:type="gramEnd"/>
      <w:r>
        <w:rPr>
          <w:rFonts w:ascii="Times New Roman" w:eastAsia="Times New Roman" w:hAnsi="Times New Roman"/>
          <w:color w:val="000000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начальных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классов</w:t>
      </w:r>
      <w:proofErr w:type="spellEnd"/>
    </w:p>
    <w:p w:rsidR="00DC0D8E" w:rsidRDefault="00DC0D8E">
      <w:pPr>
        <w:autoSpaceDE w:val="0"/>
        <w:autoSpaceDN w:val="0"/>
        <w:spacing w:before="70" w:after="0" w:line="230" w:lineRule="auto"/>
        <w:ind w:right="112"/>
        <w:jc w:val="right"/>
        <w:rPr>
          <w:rFonts w:ascii="Times New Roman" w:eastAsia="Times New Roman" w:hAnsi="Times New Roman"/>
          <w:color w:val="000000"/>
          <w:sz w:val="24"/>
        </w:rPr>
      </w:pPr>
    </w:p>
    <w:p w:rsidR="00DC0D8E" w:rsidRPr="00DC0D8E" w:rsidRDefault="00DC0D8E" w:rsidP="00DC0D8E">
      <w:pPr>
        <w:autoSpaceDE w:val="0"/>
        <w:autoSpaceDN w:val="0"/>
        <w:spacing w:before="70" w:after="0" w:line="230" w:lineRule="auto"/>
        <w:ind w:right="112"/>
        <w:jc w:val="center"/>
        <w:rPr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t>Теньки 2022</w:t>
      </w:r>
    </w:p>
    <w:p w:rsidR="00E208F3" w:rsidRDefault="00E208F3">
      <w:pPr>
        <w:autoSpaceDE w:val="0"/>
        <w:autoSpaceDN w:val="0"/>
        <w:spacing w:after="228" w:line="220" w:lineRule="exact"/>
      </w:pPr>
    </w:p>
    <w:p w:rsidR="00E208F3" w:rsidRDefault="00E208F3">
      <w:pPr>
        <w:sectPr w:rsidR="00E208F3">
          <w:pgSz w:w="11900" w:h="16840"/>
          <w:pgMar w:top="448" w:right="1440" w:bottom="1440" w:left="1440" w:header="720" w:footer="720" w:gutter="0"/>
          <w:cols w:space="720" w:equalWidth="0">
            <w:col w:w="9020" w:space="0"/>
          </w:cols>
          <w:docGrid w:linePitch="360"/>
        </w:sectPr>
      </w:pPr>
    </w:p>
    <w:p w:rsidR="00E208F3" w:rsidRDefault="00E208F3">
      <w:pPr>
        <w:autoSpaceDE w:val="0"/>
        <w:autoSpaceDN w:val="0"/>
        <w:spacing w:after="78" w:line="220" w:lineRule="exact"/>
      </w:pPr>
    </w:p>
    <w:p w:rsidR="00E208F3" w:rsidRDefault="00741B5A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ПОЯСНИТЕЛЬНАЯ ЗАПИСКА</w:t>
      </w:r>
    </w:p>
    <w:p w:rsidR="00E208F3" w:rsidRPr="008856FA" w:rsidRDefault="00741B5A">
      <w:pPr>
        <w:autoSpaceDE w:val="0"/>
        <w:autoSpaceDN w:val="0"/>
        <w:spacing w:before="346" w:after="0" w:line="271" w:lineRule="auto"/>
        <w:ind w:right="288" w:firstLine="180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Программа по учебному предмету «Окружающий мир» (предметная область «Обществознание и естествознание» («Окружающий мир») включает: пояснительную записку, содержание обучения, планируемые результаты освоения программы учебного предмета, тематическое планирование.</w:t>
      </w:r>
    </w:p>
    <w:p w:rsidR="00E208F3" w:rsidRPr="008856FA" w:rsidRDefault="00741B5A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Пояснительная записка отражает общие цели и задачи изучения предмета, характеристику психологических предпосылок к его изучению младшими школьниками; место в структуре учебного плана, а также подходы к отбору содержания, планируемым результатам и тематическому </w:t>
      </w:r>
      <w:r w:rsidRPr="008856FA">
        <w:rPr>
          <w:lang w:val="ru-RU"/>
        </w:rPr>
        <w:br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планированию.</w:t>
      </w:r>
    </w:p>
    <w:p w:rsidR="00E208F3" w:rsidRPr="008856FA" w:rsidRDefault="00741B5A">
      <w:pPr>
        <w:autoSpaceDE w:val="0"/>
        <w:autoSpaceDN w:val="0"/>
        <w:spacing w:before="70" w:after="0" w:line="286" w:lineRule="auto"/>
        <w:ind w:right="144" w:firstLine="180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обучения </w:t>
      </w: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раскрывает  содержательные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 линии для обязательного изучения в 1 классе начальной школы. Содержание обучения в 1 классе завершатся перечнем универсальных учебных действий (УУД) — познавательных, коммуникативных и регулятивных, которые возможно формировать </w:t>
      </w: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средствами  учебного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 предмета  «Окружающий  мир» с   учётом   возрастных особенностей   младших   школьников. В первом классе предлагается пропедевтический уровень формирования УУД, поскольку становление универсальности действий на этом этапе обучения только начинается. С учётом того, что выполнение правил совместной деятельности строится на интеграции регулятивных (определенные волевые усилия, </w:t>
      </w:r>
      <w:proofErr w:type="spell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саморегуляция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, самоконтроль, проявление терпения и доброжелательности при налаживании отношений) и коммуникативных (способность вербальными средствами устанавливать взаимоотношения) универсальных учебных действий, их перечень дан в специальном разделе — «Совместная деятельность».</w:t>
      </w:r>
    </w:p>
    <w:p w:rsidR="00E208F3" w:rsidRPr="008856FA" w:rsidRDefault="00741B5A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Планируемые результаты включают личностные, </w:t>
      </w:r>
      <w:proofErr w:type="spell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метапредметные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результаты за период обучения, а также предметные достижения младшего школьника за первый год обучения в начальной школе. </w:t>
      </w: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В тематическом планировании описывается программное содержание по всем разделам содержания обучения 1 класса, а также раскрываются методы и формы организации обучения и характеристика деятельностей, которые целесообразно использовать при изучении той или иной программной темы. </w:t>
      </w: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Представлены также способы организации дифференцированного обучения.</w:t>
      </w:r>
    </w:p>
    <w:p w:rsidR="00E208F3" w:rsidRPr="008856FA" w:rsidRDefault="00741B5A">
      <w:pPr>
        <w:autoSpaceDE w:val="0"/>
        <w:autoSpaceDN w:val="0"/>
        <w:spacing w:before="70" w:after="0" w:line="281" w:lineRule="auto"/>
        <w:ind w:right="432" w:firstLine="180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Рабочая программа по предмету «Окружающий мир» на уровне 1 класса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 Примерной программы воспитания, а также с учётом историко-</w:t>
      </w: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культурного  стандарта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E208F3" w:rsidRPr="008856FA" w:rsidRDefault="00741B5A">
      <w:pPr>
        <w:autoSpaceDE w:val="0"/>
        <w:autoSpaceDN w:val="0"/>
        <w:spacing w:before="72" w:after="0" w:line="271" w:lineRule="auto"/>
        <w:ind w:right="288" w:firstLine="180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Изучение предмета «Окружающий мир», интегрирующего знания о природе, предметном мире, обществе и взаимодействии людей в нём, соответствует потребностям и интересам детей младшего школьного возраста и направлено на достижение следующих целей:</w:t>
      </w:r>
    </w:p>
    <w:p w:rsidR="00E208F3" w:rsidRPr="008856FA" w:rsidRDefault="00741B5A">
      <w:pPr>
        <w:autoSpaceDE w:val="0"/>
        <w:autoSpaceDN w:val="0"/>
        <w:spacing w:before="178" w:after="0"/>
        <w:ind w:left="420" w:right="288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 этических понятий, представленных в содержании данного учебного предмета; </w:t>
      </w:r>
    </w:p>
    <w:p w:rsidR="00E208F3" w:rsidRPr="008856FA" w:rsidRDefault="00741B5A">
      <w:pPr>
        <w:autoSpaceDE w:val="0"/>
        <w:autoSpaceDN w:val="0"/>
        <w:spacing w:before="190" w:after="0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развитие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умений  и  навыков  применять  полученные  знания в реальной  учебной  и жизненной  практике,  связанной 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 </w:t>
      </w:r>
    </w:p>
    <w:p w:rsidR="00E208F3" w:rsidRPr="008856FA" w:rsidRDefault="00741B5A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духовно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-нравственное развитие и воспитание личности гражданина России, понимание своей принадлежности к Российскому государству, определённому этносу; проявление уважения к истории, культуре, традициям народов РФ; освоение младшими школьниками мирового</w:t>
      </w:r>
    </w:p>
    <w:p w:rsidR="00E208F3" w:rsidRPr="008856FA" w:rsidRDefault="00E208F3">
      <w:pPr>
        <w:rPr>
          <w:lang w:val="ru-RU"/>
        </w:rPr>
        <w:sectPr w:rsidR="00E208F3" w:rsidRPr="008856FA">
          <w:pgSz w:w="11900" w:h="16840"/>
          <w:pgMar w:top="298" w:right="650" w:bottom="4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208F3" w:rsidRPr="008856FA" w:rsidRDefault="00E208F3">
      <w:pPr>
        <w:autoSpaceDE w:val="0"/>
        <w:autoSpaceDN w:val="0"/>
        <w:spacing w:after="66" w:line="220" w:lineRule="exact"/>
        <w:rPr>
          <w:lang w:val="ru-RU"/>
        </w:rPr>
      </w:pPr>
    </w:p>
    <w:p w:rsidR="00E208F3" w:rsidRPr="008856FA" w:rsidRDefault="00741B5A">
      <w:pPr>
        <w:autoSpaceDE w:val="0"/>
        <w:autoSpaceDN w:val="0"/>
        <w:spacing w:after="0" w:line="262" w:lineRule="auto"/>
        <w:ind w:left="420" w:right="432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культурного опыта по созданию общечеловеческих ценностей, законов и правил построения взаимоотношений в социуме; обогащение духовного богатства обучающихся; </w:t>
      </w:r>
    </w:p>
    <w:p w:rsidR="00E208F3" w:rsidRPr="008856FA" w:rsidRDefault="00741B5A">
      <w:pPr>
        <w:autoSpaceDE w:val="0"/>
        <w:autoSpaceDN w:val="0"/>
        <w:spacing w:before="190" w:after="0" w:line="281" w:lineRule="auto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развитие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становление навыков повседневного проявления культуры общения, гуманного отношения к людям,  уважительного  отношения  к их взглядам, мнению и индивидуальности</w:t>
      </w:r>
    </w:p>
    <w:p w:rsidR="00E208F3" w:rsidRPr="008856FA" w:rsidRDefault="00741B5A">
      <w:pPr>
        <w:autoSpaceDE w:val="0"/>
        <w:autoSpaceDN w:val="0"/>
        <w:spacing w:before="178" w:after="0" w:line="286" w:lineRule="auto"/>
        <w:ind w:firstLine="180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Центральной идеей конструирования содержания и планируемых результатов обучения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 «Человек и </w:t>
      </w:r>
      <w:proofErr w:type="spell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природа</w:t>
      </w: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»,«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Человек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 Отбор содержания </w:t>
      </w:r>
      <w:proofErr w:type="spellStart"/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курса«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Окружающий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мир» осуществлён на основе следующих ведущих идей: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раскрытие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роли человека в природе и обществе; </w:t>
      </w:r>
    </w:p>
    <w:p w:rsidR="00E208F3" w:rsidRPr="008856FA" w:rsidRDefault="00741B5A">
      <w:pPr>
        <w:autoSpaceDE w:val="0"/>
        <w:autoSpaceDN w:val="0"/>
        <w:spacing w:before="190" w:after="0" w:line="271" w:lineRule="auto"/>
        <w:ind w:left="420" w:right="432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освоение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общечеловеческих ценностей взаимодействия в системах «Человек и </w:t>
      </w:r>
      <w:proofErr w:type="spell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природа»,«Человек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и общество», «Человек и другие люди», «Человек и его самость», «Человек и познание».</w:t>
      </w:r>
    </w:p>
    <w:p w:rsidR="00E208F3" w:rsidRPr="008856FA" w:rsidRDefault="00741B5A">
      <w:pPr>
        <w:tabs>
          <w:tab w:val="left" w:pos="180"/>
        </w:tabs>
        <w:autoSpaceDE w:val="0"/>
        <w:autoSpaceDN w:val="0"/>
        <w:spacing w:before="178" w:after="0" w:line="262" w:lineRule="auto"/>
        <w:ind w:right="288"/>
        <w:rPr>
          <w:lang w:val="ru-RU"/>
        </w:rPr>
      </w:pP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Общее число часов, отведённых на изучение курса «Окружающий мир» в 1 классе составляет 66 часов (два часа в неделю).</w:t>
      </w:r>
    </w:p>
    <w:p w:rsidR="00E208F3" w:rsidRPr="008856FA" w:rsidRDefault="00E208F3">
      <w:pPr>
        <w:rPr>
          <w:lang w:val="ru-RU"/>
        </w:rPr>
        <w:sectPr w:rsidR="00E208F3" w:rsidRPr="008856FA">
          <w:pgSz w:w="11900" w:h="16840"/>
          <w:pgMar w:top="286" w:right="766" w:bottom="1440" w:left="666" w:header="720" w:footer="720" w:gutter="0"/>
          <w:cols w:space="720" w:equalWidth="0">
            <w:col w:w="10468" w:space="0"/>
          </w:cols>
          <w:docGrid w:linePitch="360"/>
        </w:sectPr>
      </w:pPr>
    </w:p>
    <w:p w:rsidR="00E208F3" w:rsidRPr="008856FA" w:rsidRDefault="00E208F3">
      <w:pPr>
        <w:autoSpaceDE w:val="0"/>
        <w:autoSpaceDN w:val="0"/>
        <w:spacing w:after="78" w:line="220" w:lineRule="exact"/>
        <w:rPr>
          <w:lang w:val="ru-RU"/>
        </w:rPr>
      </w:pPr>
    </w:p>
    <w:p w:rsidR="00E208F3" w:rsidRPr="008856FA" w:rsidRDefault="00741B5A">
      <w:pPr>
        <w:autoSpaceDE w:val="0"/>
        <w:autoSpaceDN w:val="0"/>
        <w:spacing w:after="0" w:line="230" w:lineRule="auto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E208F3" w:rsidRPr="008856FA" w:rsidRDefault="00741B5A">
      <w:pPr>
        <w:tabs>
          <w:tab w:val="left" w:pos="180"/>
        </w:tabs>
        <w:autoSpaceDE w:val="0"/>
        <w:autoSpaceDN w:val="0"/>
        <w:spacing w:before="346" w:after="0" w:line="281" w:lineRule="auto"/>
        <w:rPr>
          <w:lang w:val="ru-RU"/>
        </w:rPr>
      </w:pP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Человек и общество </w:t>
      </w:r>
      <w:r w:rsidRPr="008856FA">
        <w:rPr>
          <w:lang w:val="ru-RU"/>
        </w:rPr>
        <w:br/>
      </w: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 Совместная </w:t>
      </w:r>
      <w:r w:rsidRPr="008856FA">
        <w:rPr>
          <w:lang w:val="ru-RU"/>
        </w:rPr>
        <w:br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деятельность с одноклассниками — учёба, игры, отдых. Рабочее место школьника: удобное </w:t>
      </w:r>
      <w:r w:rsidRPr="008856FA">
        <w:rPr>
          <w:lang w:val="ru-RU"/>
        </w:rPr>
        <w:br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размещение учебных материалов и учебного оборудования; поза; освещение рабочего места. Правила безопасной работы на учебном месте. Режим труда и отдыха.</w:t>
      </w:r>
    </w:p>
    <w:p w:rsidR="00E208F3" w:rsidRPr="008856FA" w:rsidRDefault="00741B5A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Семья.  Моя семья в прошлом и настоящем.  Имена и фамилии членов семьи, их профессии. Взаимоотношения и взаимопомощь в семье.  Совместный труд и отдых.  Домашний адрес.</w:t>
      </w:r>
    </w:p>
    <w:p w:rsidR="00E208F3" w:rsidRPr="008856FA" w:rsidRDefault="00741B5A">
      <w:pPr>
        <w:autoSpaceDE w:val="0"/>
        <w:autoSpaceDN w:val="0"/>
        <w:spacing w:before="72" w:after="0"/>
        <w:ind w:firstLine="180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Россия — наша Родина. Москва —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 Ценность и красота </w:t>
      </w: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рукотворного  мира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.    Правила поведения в социуме.</w:t>
      </w:r>
    </w:p>
    <w:p w:rsidR="00E208F3" w:rsidRPr="008856FA" w:rsidRDefault="00741B5A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Человек и природа </w:t>
      </w:r>
      <w:r w:rsidRPr="008856FA">
        <w:rPr>
          <w:lang w:val="ru-RU"/>
        </w:rPr>
        <w:br/>
      </w:r>
      <w:r w:rsidRPr="008856FA">
        <w:rPr>
          <w:lang w:val="ru-RU"/>
        </w:rPr>
        <w:tab/>
      </w:r>
      <w:proofErr w:type="spell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Природа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—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 Сезонные изменения в природе.  Взаимосвязи между человеком и природой.  Правила нравственного и безопасного поведения в природе.</w:t>
      </w:r>
    </w:p>
    <w:p w:rsidR="00E208F3" w:rsidRPr="008856FA" w:rsidRDefault="00741B5A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E208F3" w:rsidRPr="008856FA" w:rsidRDefault="00741B5A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Мир животных Разные группы животных (звери, насекомые, птицы, рыбы и </w:t>
      </w: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др. )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. Домашние и дикие животные (различия в условиях жизни). Забота о домашних питомцах.</w:t>
      </w:r>
    </w:p>
    <w:p w:rsidR="00E208F3" w:rsidRPr="008856FA" w:rsidRDefault="00741B5A">
      <w:pPr>
        <w:autoSpaceDE w:val="0"/>
        <w:autoSpaceDN w:val="0"/>
        <w:spacing w:before="70" w:after="0" w:line="262" w:lineRule="auto"/>
        <w:ind w:left="180" w:right="144"/>
        <w:rPr>
          <w:lang w:val="ru-RU"/>
        </w:rPr>
      </w:pP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Правила безопасной жизни </w:t>
      </w:r>
      <w:r w:rsidRPr="008856FA">
        <w:rPr>
          <w:lang w:val="ru-RU"/>
        </w:rPr>
        <w:br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Понимание необходимости соблюдения режима дня, правил здорового питания и личной гигиены. </w:t>
      </w:r>
    </w:p>
    <w:p w:rsidR="00E208F3" w:rsidRPr="008856FA" w:rsidRDefault="00741B5A">
      <w:pPr>
        <w:autoSpaceDE w:val="0"/>
        <w:autoSpaceDN w:val="0"/>
        <w:spacing w:before="70" w:after="0" w:line="230" w:lineRule="auto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Правила безопасности в быту: пользование бытовыми электроприборами, газовыми плитами.</w:t>
      </w:r>
    </w:p>
    <w:p w:rsidR="00E208F3" w:rsidRPr="008856FA" w:rsidRDefault="00741B5A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E208F3" w:rsidRPr="008856FA" w:rsidRDefault="00741B5A">
      <w:pPr>
        <w:tabs>
          <w:tab w:val="left" w:pos="180"/>
        </w:tabs>
        <w:autoSpaceDE w:val="0"/>
        <w:autoSpaceDN w:val="0"/>
        <w:spacing w:before="72" w:after="0" w:line="262" w:lineRule="auto"/>
        <w:ind w:right="432"/>
        <w:rPr>
          <w:lang w:val="ru-RU"/>
        </w:rPr>
      </w:pP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Безопасность в сети Интернет (электронный дневник и электронные ресурсы школы) в условиях контролируемого доступа в Интернет.</w:t>
      </w:r>
    </w:p>
    <w:p w:rsidR="00E208F3" w:rsidRPr="008856FA" w:rsidRDefault="00741B5A">
      <w:pPr>
        <w:autoSpaceDE w:val="0"/>
        <w:autoSpaceDN w:val="0"/>
        <w:spacing w:before="192" w:after="0" w:line="262" w:lineRule="auto"/>
        <w:ind w:left="180" w:right="3456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Универсальные учебные действия (пропедевтический уровень) </w:t>
      </w: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Познавательные универсальные учебные действия:</w:t>
      </w:r>
    </w:p>
    <w:p w:rsidR="00E208F3" w:rsidRPr="008856FA" w:rsidRDefault="00741B5A">
      <w:pPr>
        <w:autoSpaceDE w:val="0"/>
        <w:autoSpaceDN w:val="0"/>
        <w:spacing w:before="178" w:after="0" w:line="262" w:lineRule="auto"/>
        <w:ind w:left="42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сравнивать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происходящие в природе изменения, наблюдать зависимость изменений в живой природе от состояния неживой природы;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приводить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приводить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примеры лиственных и хвойных растений, сравнивать их, устанавливать различия во внешнем виде.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Работа с информацией:</w:t>
      </w:r>
    </w:p>
    <w:p w:rsidR="00E208F3" w:rsidRPr="008856FA" w:rsidRDefault="00741B5A">
      <w:pPr>
        <w:autoSpaceDE w:val="0"/>
        <w:autoSpaceDN w:val="0"/>
        <w:spacing w:before="178" w:after="0" w:line="262" w:lineRule="auto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понимать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, что информация может быть представлена в разной форме — текста, иллюстраций, видео, таблицы; </w:t>
      </w:r>
    </w:p>
    <w:p w:rsidR="00E208F3" w:rsidRPr="008856FA" w:rsidRDefault="00E208F3">
      <w:pPr>
        <w:rPr>
          <w:lang w:val="ru-RU"/>
        </w:rPr>
        <w:sectPr w:rsidR="00E208F3" w:rsidRPr="008856FA">
          <w:pgSz w:w="11900" w:h="16840"/>
          <w:pgMar w:top="298" w:right="650" w:bottom="4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208F3" w:rsidRPr="008856FA" w:rsidRDefault="00E208F3">
      <w:pPr>
        <w:autoSpaceDE w:val="0"/>
        <w:autoSpaceDN w:val="0"/>
        <w:spacing w:after="108" w:line="220" w:lineRule="exact"/>
        <w:rPr>
          <w:lang w:val="ru-RU"/>
        </w:rPr>
      </w:pPr>
    </w:p>
    <w:p w:rsidR="00E208F3" w:rsidRPr="008856FA" w:rsidRDefault="00741B5A">
      <w:pPr>
        <w:autoSpaceDE w:val="0"/>
        <w:autoSpaceDN w:val="0"/>
        <w:spacing w:after="0" w:line="230" w:lineRule="auto"/>
        <w:ind w:left="24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соотносить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иллюстрацию явления (объекта, предмета) с его названием.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rPr>
          <w:lang w:val="ru-RU"/>
        </w:rPr>
      </w:pP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Коммуникативные универсальные учебные действия:</w:t>
      </w:r>
    </w:p>
    <w:p w:rsidR="00E208F3" w:rsidRPr="008856FA" w:rsidRDefault="00741B5A">
      <w:pPr>
        <w:autoSpaceDE w:val="0"/>
        <w:autoSpaceDN w:val="0"/>
        <w:spacing w:before="178" w:after="0" w:line="262" w:lineRule="auto"/>
        <w:ind w:left="240" w:right="288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в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 w:right="1008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воспроизводить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названия своего населенного пункта, название страны, её столицы; воспроизводить наизусть слова гимна России;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соотносить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 предметы   декоративно-прикладного   искусства с принадлежностью народу РФ, описывать предмет по предложенному плану; </w:t>
      </w:r>
    </w:p>
    <w:p w:rsidR="00E208F3" w:rsidRPr="008856FA" w:rsidRDefault="00741B5A">
      <w:pPr>
        <w:autoSpaceDE w:val="0"/>
        <w:autoSpaceDN w:val="0"/>
        <w:spacing w:before="192" w:after="0" w:line="262" w:lineRule="auto"/>
        <w:ind w:left="240" w:right="432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описывать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по предложенному плану время года, передавать в рассказе своё отношение к природным явлениям; </w:t>
      </w:r>
    </w:p>
    <w:p w:rsidR="00E208F3" w:rsidRPr="008856FA" w:rsidRDefault="00741B5A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сравнивать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домашних и диких животных, объяснять, чем они различаются.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rPr>
          <w:lang w:val="ru-RU"/>
        </w:rPr>
      </w:pP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Регулятивные универсальные учебные действия:</w:t>
      </w:r>
    </w:p>
    <w:p w:rsidR="00E208F3" w:rsidRPr="008856FA" w:rsidRDefault="00741B5A">
      <w:pPr>
        <w:autoSpaceDE w:val="0"/>
        <w:autoSpaceDN w:val="0"/>
        <w:spacing w:before="178" w:after="0" w:line="271" w:lineRule="auto"/>
        <w:ind w:left="24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сравнивать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оценивать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выполнение правил безопасного поведения на дорогах и улицах другими детьми, выполнять самооценку; </w:t>
      </w:r>
    </w:p>
    <w:p w:rsidR="00E208F3" w:rsidRPr="008856FA" w:rsidRDefault="00741B5A">
      <w:pPr>
        <w:autoSpaceDE w:val="0"/>
        <w:autoSpaceDN w:val="0"/>
        <w:spacing w:before="190" w:after="0" w:line="271" w:lineRule="auto"/>
        <w:ind w:left="24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предложенные ситуации: устанавливать нарушения режима дня, организации учебной работы; нарушения правил дорожного движения, правил пользования </w:t>
      </w:r>
      <w:proofErr w:type="spell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электро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и газовыми приборами.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rPr>
          <w:lang w:val="ru-RU"/>
        </w:rPr>
      </w:pP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Совместная деятельность:</w:t>
      </w:r>
    </w:p>
    <w:p w:rsidR="00E208F3" w:rsidRPr="008856FA" w:rsidRDefault="00741B5A">
      <w:pPr>
        <w:autoSpaceDE w:val="0"/>
        <w:autoSpaceDN w:val="0"/>
        <w:spacing w:before="178" w:after="0" w:line="271" w:lineRule="auto"/>
        <w:ind w:left="240" w:right="432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соблюдать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E208F3" w:rsidRPr="008856FA" w:rsidRDefault="00E208F3">
      <w:pPr>
        <w:rPr>
          <w:lang w:val="ru-RU"/>
        </w:rPr>
        <w:sectPr w:rsidR="00E208F3" w:rsidRPr="008856FA">
          <w:pgSz w:w="11900" w:h="16840"/>
          <w:pgMar w:top="328" w:right="796" w:bottom="1440" w:left="846" w:header="720" w:footer="720" w:gutter="0"/>
          <w:cols w:space="720" w:equalWidth="0">
            <w:col w:w="10258" w:space="0"/>
          </w:cols>
          <w:docGrid w:linePitch="360"/>
        </w:sectPr>
      </w:pPr>
    </w:p>
    <w:p w:rsidR="00E208F3" w:rsidRPr="008856FA" w:rsidRDefault="00E208F3">
      <w:pPr>
        <w:autoSpaceDE w:val="0"/>
        <w:autoSpaceDN w:val="0"/>
        <w:spacing w:after="78" w:line="220" w:lineRule="exact"/>
        <w:rPr>
          <w:lang w:val="ru-RU"/>
        </w:rPr>
      </w:pPr>
    </w:p>
    <w:p w:rsidR="00E208F3" w:rsidRPr="008856FA" w:rsidRDefault="00741B5A">
      <w:pPr>
        <w:autoSpaceDE w:val="0"/>
        <w:autoSpaceDN w:val="0"/>
        <w:spacing w:after="0" w:line="230" w:lineRule="auto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E208F3" w:rsidRPr="008856FA" w:rsidRDefault="00741B5A">
      <w:pPr>
        <w:tabs>
          <w:tab w:val="left" w:pos="180"/>
        </w:tabs>
        <w:autoSpaceDE w:val="0"/>
        <w:autoSpaceDN w:val="0"/>
        <w:spacing w:before="346" w:after="0" w:line="262" w:lineRule="auto"/>
        <w:ind w:right="720"/>
        <w:rPr>
          <w:lang w:val="ru-RU"/>
        </w:rPr>
      </w:pP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Изучение предмета "Окружающий мир" в 1 классе направлено на достижение обучающимися личностных, </w:t>
      </w:r>
      <w:proofErr w:type="spell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метапредметных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и предметных результатов освоения учебного предмета.</w:t>
      </w:r>
    </w:p>
    <w:p w:rsidR="00E208F3" w:rsidRPr="008856FA" w:rsidRDefault="00741B5A">
      <w:pPr>
        <w:autoSpaceDE w:val="0"/>
        <w:autoSpaceDN w:val="0"/>
        <w:spacing w:before="226" w:after="0" w:line="230" w:lineRule="auto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E208F3" w:rsidRPr="008856FA" w:rsidRDefault="00741B5A">
      <w:pPr>
        <w:tabs>
          <w:tab w:val="left" w:pos="180"/>
        </w:tabs>
        <w:autoSpaceDE w:val="0"/>
        <w:autoSpaceDN w:val="0"/>
        <w:spacing w:before="346" w:after="0" w:line="281" w:lineRule="auto"/>
        <w:ind w:right="720"/>
        <w:rPr>
          <w:lang w:val="ru-RU"/>
        </w:rPr>
      </w:pP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 </w:t>
      </w:r>
      <w:r w:rsidRPr="008856FA">
        <w:rPr>
          <w:lang w:val="ru-RU"/>
        </w:rPr>
        <w:br/>
      </w:r>
      <w:r w:rsidRPr="008856FA">
        <w:rPr>
          <w:lang w:val="ru-RU"/>
        </w:rPr>
        <w:tab/>
      </w: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Гражданско-патриотического воспитания:</w:t>
      </w:r>
    </w:p>
    <w:p w:rsidR="00E208F3" w:rsidRPr="008856FA" w:rsidRDefault="00741B5A">
      <w:pPr>
        <w:autoSpaceDE w:val="0"/>
        <w:autoSpaceDN w:val="0"/>
        <w:spacing w:before="180" w:after="0" w:line="262" w:lineRule="auto"/>
        <w:ind w:left="420" w:right="7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становление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ценностного отношения к своей Родине — России; понимание особой роли многонациональной России в современном мире;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осознание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E208F3" w:rsidRPr="008856FA" w:rsidRDefault="00741B5A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сопричастность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к прошлому, настоящему и будущему своей страны и родного края; проявление интереса к истории и многонациональной культуре своей страны, уважения к своему и другим народам;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144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первоначальные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представления о человеке как члене общества, осознание прав и ответственности человека как члена общества.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Духовно-нравственного воспитания:</w:t>
      </w:r>
    </w:p>
    <w:p w:rsidR="00E208F3" w:rsidRPr="008856FA" w:rsidRDefault="00741B5A">
      <w:pPr>
        <w:autoSpaceDE w:val="0"/>
        <w:autoSpaceDN w:val="0"/>
        <w:spacing w:before="178" w:after="0" w:line="262" w:lineRule="auto"/>
        <w:ind w:left="42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проявление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культуры общения, уважительного отношения к людям, их взглядам, признанию их индивидуальности; </w:t>
      </w:r>
    </w:p>
    <w:p w:rsidR="00E208F3" w:rsidRPr="008856FA" w:rsidRDefault="00741B5A">
      <w:pPr>
        <w:autoSpaceDE w:val="0"/>
        <w:autoSpaceDN w:val="0"/>
        <w:spacing w:before="190" w:after="0" w:line="271" w:lineRule="auto"/>
        <w:ind w:left="420" w:right="86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принятие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E208F3" w:rsidRPr="008856FA" w:rsidRDefault="00741B5A">
      <w:pPr>
        <w:autoSpaceDE w:val="0"/>
        <w:autoSpaceDN w:val="0"/>
        <w:spacing w:before="190" w:after="0" w:line="271" w:lineRule="auto"/>
        <w:ind w:left="420" w:right="576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применение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</w:t>
      </w:r>
    </w:p>
    <w:p w:rsidR="00E208F3" w:rsidRPr="008856FA" w:rsidRDefault="00741B5A">
      <w:pPr>
        <w:autoSpaceDE w:val="0"/>
        <w:autoSpaceDN w:val="0"/>
        <w:spacing w:before="180" w:after="0" w:line="230" w:lineRule="auto"/>
        <w:ind w:left="180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Эстетического воспитания:</w:t>
      </w:r>
    </w:p>
    <w:p w:rsidR="00E208F3" w:rsidRPr="008856FA" w:rsidRDefault="00741B5A">
      <w:pPr>
        <w:autoSpaceDE w:val="0"/>
        <w:autoSpaceDN w:val="0"/>
        <w:spacing w:before="178" w:after="0" w:line="271" w:lineRule="auto"/>
        <w:ind w:left="42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понимание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использование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полученных знаний в продуктивной и преобразующей деятельности, в разных видах художественной деятельности.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E208F3" w:rsidRPr="008856FA" w:rsidRDefault="00741B5A">
      <w:pPr>
        <w:autoSpaceDE w:val="0"/>
        <w:autoSpaceDN w:val="0"/>
        <w:spacing w:before="178" w:after="0" w:line="271" w:lineRule="auto"/>
        <w:ind w:left="420" w:right="288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соблюдение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</w:t>
      </w:r>
      <w:r w:rsidRPr="008856FA">
        <w:rPr>
          <w:lang w:val="ru-RU"/>
        </w:rPr>
        <w:br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информационной);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приобретение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опыта эмоционального отношения к среде обитания, бережное отношение к физическому и психическому здоровью.</w:t>
      </w:r>
    </w:p>
    <w:p w:rsidR="00E208F3" w:rsidRPr="008856FA" w:rsidRDefault="00E208F3">
      <w:pPr>
        <w:rPr>
          <w:lang w:val="ru-RU"/>
        </w:rPr>
        <w:sectPr w:rsidR="00E208F3" w:rsidRPr="008856FA">
          <w:pgSz w:w="11900" w:h="16840"/>
          <w:pgMar w:top="298" w:right="648" w:bottom="450" w:left="666" w:header="720" w:footer="720" w:gutter="0"/>
          <w:cols w:space="720" w:equalWidth="0">
            <w:col w:w="10586" w:space="0"/>
          </w:cols>
          <w:docGrid w:linePitch="360"/>
        </w:sectPr>
      </w:pPr>
    </w:p>
    <w:p w:rsidR="00E208F3" w:rsidRPr="008856FA" w:rsidRDefault="00E208F3">
      <w:pPr>
        <w:autoSpaceDE w:val="0"/>
        <w:autoSpaceDN w:val="0"/>
        <w:spacing w:after="78" w:line="220" w:lineRule="exact"/>
        <w:rPr>
          <w:lang w:val="ru-RU"/>
        </w:rPr>
      </w:pPr>
    </w:p>
    <w:p w:rsidR="00E208F3" w:rsidRPr="008856FA" w:rsidRDefault="00741B5A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Трудового воспитания:</w:t>
      </w:r>
    </w:p>
    <w:p w:rsidR="00E208F3" w:rsidRPr="008856FA" w:rsidRDefault="00741B5A">
      <w:pPr>
        <w:autoSpaceDE w:val="0"/>
        <w:autoSpaceDN w:val="0"/>
        <w:spacing w:before="178" w:after="0" w:line="271" w:lineRule="auto"/>
        <w:ind w:left="420" w:right="576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осознание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Экологического воспитания:</w:t>
      </w:r>
    </w:p>
    <w:p w:rsidR="00E208F3" w:rsidRPr="008856FA" w:rsidRDefault="00741B5A">
      <w:pPr>
        <w:autoSpaceDE w:val="0"/>
        <w:autoSpaceDN w:val="0"/>
        <w:spacing w:before="178" w:after="0" w:line="262" w:lineRule="auto"/>
        <w:ind w:left="420" w:right="432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осознание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роли человека в природе и обществе, принятие экологических норм поведения, бережного отношения к природе, неприятие действий, приносящих ей вред.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Ценности научного познания:</w:t>
      </w:r>
    </w:p>
    <w:p w:rsidR="00E208F3" w:rsidRPr="008856FA" w:rsidRDefault="00741B5A">
      <w:pPr>
        <w:autoSpaceDE w:val="0"/>
        <w:autoSpaceDN w:val="0"/>
        <w:spacing w:before="180" w:after="0" w:line="230" w:lineRule="auto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ориентация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в деятельности на первоначальные представления о научной картине мира; </w:t>
      </w:r>
    </w:p>
    <w:p w:rsidR="00E208F3" w:rsidRPr="008856FA" w:rsidRDefault="00741B5A">
      <w:pPr>
        <w:autoSpaceDE w:val="0"/>
        <w:autoSpaceDN w:val="0"/>
        <w:spacing w:before="192" w:after="0" w:line="271" w:lineRule="auto"/>
        <w:ind w:left="420" w:right="576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осознание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ценности познания, проявление познавательного интереса, активности, инициативности, любознательности и самостоятельности в обогащении своих знаний, в том числе с использованием различных информационных средств.</w:t>
      </w:r>
    </w:p>
    <w:p w:rsidR="00E208F3" w:rsidRPr="008856FA" w:rsidRDefault="00741B5A">
      <w:pPr>
        <w:autoSpaceDE w:val="0"/>
        <w:autoSpaceDN w:val="0"/>
        <w:spacing w:before="286" w:after="0" w:line="230" w:lineRule="auto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E208F3" w:rsidRPr="008856FA" w:rsidRDefault="00741B5A">
      <w:pPr>
        <w:autoSpaceDE w:val="0"/>
        <w:autoSpaceDN w:val="0"/>
        <w:spacing w:before="346" w:after="0" w:line="262" w:lineRule="auto"/>
        <w:ind w:left="180" w:right="4752"/>
        <w:rPr>
          <w:lang w:val="ru-RU"/>
        </w:rPr>
      </w:pPr>
      <w:proofErr w:type="spellStart"/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Познавательныеуниверсальные</w:t>
      </w:r>
      <w:proofErr w:type="spellEnd"/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учебные действия: </w:t>
      </w: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1</w:t>
      </w:r>
      <w:proofErr w:type="gramStart"/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)  Базовые</w:t>
      </w:r>
      <w:proofErr w:type="gramEnd"/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логические действия:</w:t>
      </w:r>
    </w:p>
    <w:p w:rsidR="00E208F3" w:rsidRPr="008856FA" w:rsidRDefault="00741B5A">
      <w:pPr>
        <w:autoSpaceDE w:val="0"/>
        <w:autoSpaceDN w:val="0"/>
        <w:spacing w:before="178" w:after="0" w:line="262" w:lineRule="auto"/>
        <w:ind w:left="420" w:right="7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понимать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E208F3" w:rsidRPr="008856FA" w:rsidRDefault="00741B5A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на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основе наблюдений доступных объектов окружающего мира устанавливать связи и зависимости между объектами (часть — целое; причина — следствие; изменения во времени и в пространстве);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1296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сравнивать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объекты окружающего мира, устанавливать основания для сравнения, устанавливать аналогии; </w:t>
      </w:r>
    </w:p>
    <w:p w:rsidR="00E208F3" w:rsidRPr="008856FA" w:rsidRDefault="00741B5A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объединять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части объекта (объекты) по определённому признаку;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определять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существенный признак для классификации, классифицировать предложенные объекты; </w:t>
      </w:r>
    </w:p>
    <w:p w:rsidR="00E208F3" w:rsidRPr="008856FA" w:rsidRDefault="00741B5A">
      <w:pPr>
        <w:autoSpaceDE w:val="0"/>
        <w:autoSpaceDN w:val="0"/>
        <w:spacing w:before="192" w:after="0" w:line="262" w:lineRule="auto"/>
        <w:ind w:left="42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находить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закономерности и противоречия в рассматриваемых фактах, данных и наблюдениях на основе предложенного алгоритма; </w:t>
      </w:r>
    </w:p>
    <w:p w:rsidR="00E208F3" w:rsidRPr="008856FA" w:rsidRDefault="00741B5A">
      <w:pPr>
        <w:autoSpaceDE w:val="0"/>
        <w:autoSpaceDN w:val="0"/>
        <w:spacing w:before="192" w:after="0" w:line="262" w:lineRule="auto"/>
        <w:ind w:left="420" w:right="576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выявлять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недостаток информации для решения учебной (практической) задачи на основе предложенного алгоритма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2)  Базовые исследовательские действия:</w:t>
      </w:r>
    </w:p>
    <w:p w:rsidR="00E208F3" w:rsidRPr="008856FA" w:rsidRDefault="00741B5A">
      <w:pPr>
        <w:autoSpaceDE w:val="0"/>
        <w:autoSpaceDN w:val="0"/>
        <w:spacing w:before="178" w:after="0" w:line="271" w:lineRule="auto"/>
        <w:ind w:left="420" w:right="576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проводить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(по предложенному и самостоятельно составленному плану или выдвинутому предположению) наблюдения, несложные опыты; проявлять интерес к экспериментам, проводимым под руководством учителя;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7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определять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разницу между реальным и желательным состоянием объекта (ситуации) на основе предложенных вопросов;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формулировать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моделировать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</w:t>
      </w:r>
    </w:p>
    <w:p w:rsidR="00E208F3" w:rsidRPr="008856FA" w:rsidRDefault="00E208F3">
      <w:pPr>
        <w:rPr>
          <w:lang w:val="ru-RU"/>
        </w:rPr>
        <w:sectPr w:rsidR="00E208F3" w:rsidRPr="008856FA">
          <w:pgSz w:w="11900" w:h="16840"/>
          <w:pgMar w:top="298" w:right="650" w:bottom="32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208F3" w:rsidRPr="008856FA" w:rsidRDefault="00E208F3">
      <w:pPr>
        <w:autoSpaceDE w:val="0"/>
        <w:autoSpaceDN w:val="0"/>
        <w:spacing w:after="66" w:line="220" w:lineRule="exact"/>
        <w:rPr>
          <w:lang w:val="ru-RU"/>
        </w:rPr>
      </w:pPr>
    </w:p>
    <w:p w:rsidR="00E208F3" w:rsidRPr="008856FA" w:rsidRDefault="00741B5A">
      <w:pPr>
        <w:autoSpaceDE w:val="0"/>
        <w:autoSpaceDN w:val="0"/>
        <w:spacing w:after="0" w:line="230" w:lineRule="auto"/>
        <w:ind w:left="240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последствия; коллективный труд и его результаты и </w:t>
      </w: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др. )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</w:p>
    <w:p w:rsidR="00E208F3" w:rsidRPr="008856FA" w:rsidRDefault="00741B5A">
      <w:pPr>
        <w:autoSpaceDE w:val="0"/>
        <w:autoSpaceDN w:val="0"/>
        <w:spacing w:before="190" w:after="0" w:line="271" w:lineRule="auto"/>
        <w:ind w:left="240" w:right="7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проводить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по предложенному плану опыт, несложное исследование по установлению особенностей объекта изучения и связей между объектами (часть — целое, причина —следствие);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 w:right="1152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формулировать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выводы и подкреплять их доказательствами на основе результатов проведённого наблюдения (опыта, измерения, исследования).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rPr>
          <w:lang w:val="ru-RU"/>
        </w:rPr>
      </w:pP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3)  Работа с информацией:</w:t>
      </w:r>
    </w:p>
    <w:p w:rsidR="00E208F3" w:rsidRPr="008856FA" w:rsidRDefault="00741B5A">
      <w:pPr>
        <w:autoSpaceDE w:val="0"/>
        <w:autoSpaceDN w:val="0"/>
        <w:spacing w:before="178" w:after="0" w:line="262" w:lineRule="auto"/>
        <w:ind w:left="24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различные источники для поиска информации, выбирать источник получения информации с учётом учебной задачи; </w:t>
      </w:r>
    </w:p>
    <w:p w:rsidR="00E208F3" w:rsidRPr="008856FA" w:rsidRDefault="00741B5A">
      <w:pPr>
        <w:autoSpaceDE w:val="0"/>
        <w:autoSpaceDN w:val="0"/>
        <w:spacing w:before="192" w:after="0" w:line="262" w:lineRule="auto"/>
        <w:ind w:left="240" w:right="1008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согласно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заданному алгоритму находить в предложенном источнике информацию, представленную в явном виде;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 w:right="432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распознавать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достоверную и недостоверную информацию самостоятельно или на основе предложенного учителем способа её проверки;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 w:right="144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находить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и использовать для решения учебных задач текстовую, графическую, аудиовизуальную информацию;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 w:right="7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читать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и интерпретировать графически представленную информацию (схему, таблицу, иллюстрацию);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 w:right="288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соблюдать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 информационной безопасности в условиях контролируемого доступа в Интернет (с помощью учителя);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 w:right="86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и создавать текстовую, видео, графическую, звуковую информацию в соответствии с учебной задачей;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фиксировать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полученные результаты в текстовой форме (отчёт, выступление, высказывание) и графическом виде (рисунок, схема, диаграмма).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Коммуникативные универсальные учебные действия:</w:t>
      </w:r>
    </w:p>
    <w:p w:rsidR="00E208F3" w:rsidRPr="008856FA" w:rsidRDefault="00741B5A">
      <w:pPr>
        <w:autoSpaceDE w:val="0"/>
        <w:autoSpaceDN w:val="0"/>
        <w:spacing w:before="178" w:after="0" w:line="262" w:lineRule="auto"/>
        <w:ind w:left="240" w:right="576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в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процессе диалогов задавать вопросы, высказывать суждения, оценивать выступления участников; </w:t>
      </w:r>
    </w:p>
    <w:p w:rsidR="00E208F3" w:rsidRPr="008856FA" w:rsidRDefault="00741B5A">
      <w:pPr>
        <w:autoSpaceDE w:val="0"/>
        <w:autoSpaceDN w:val="0"/>
        <w:spacing w:before="192" w:after="0" w:line="262" w:lineRule="auto"/>
        <w:ind w:left="24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признавать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E208F3" w:rsidRPr="008856FA" w:rsidRDefault="00741B5A">
      <w:pPr>
        <w:autoSpaceDE w:val="0"/>
        <w:autoSpaceDN w:val="0"/>
        <w:spacing w:before="192" w:after="0" w:line="262" w:lineRule="auto"/>
        <w:ind w:left="240" w:right="576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соблюдать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 ведения диалога и дискуссии; проявлять уважительное отношение к собеседнику;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 w:right="432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E208F3" w:rsidRPr="008856FA" w:rsidRDefault="00741B5A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создавать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устные и письменные тексты (описание, рассуждение, повествование);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 w:right="576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конструировать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обобщения и выводы на основе полученных результатов наблюдений и опытной работы, подкреплять их доказательствами;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 w:right="576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находить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ошибки и восстанавливать деформированный текст об изученных объектах и явлениях природы, событиях социальной жизни;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240" w:right="432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готовить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небольшие публичные выступления с возможной презентацией (текст, рисунки, фото, плакаты и др. ) к тексту выступления.</w:t>
      </w:r>
    </w:p>
    <w:p w:rsidR="00E208F3" w:rsidRPr="008856FA" w:rsidRDefault="00E208F3">
      <w:pPr>
        <w:rPr>
          <w:lang w:val="ru-RU"/>
        </w:rPr>
        <w:sectPr w:rsidR="00E208F3" w:rsidRPr="008856FA">
          <w:pgSz w:w="11900" w:h="16840"/>
          <w:pgMar w:top="286" w:right="790" w:bottom="438" w:left="846" w:header="720" w:footer="720" w:gutter="0"/>
          <w:cols w:space="720" w:equalWidth="0">
            <w:col w:w="10264" w:space="0"/>
          </w:cols>
          <w:docGrid w:linePitch="360"/>
        </w:sectPr>
      </w:pPr>
    </w:p>
    <w:p w:rsidR="00E208F3" w:rsidRPr="008856FA" w:rsidRDefault="00E208F3">
      <w:pPr>
        <w:autoSpaceDE w:val="0"/>
        <w:autoSpaceDN w:val="0"/>
        <w:spacing w:after="78" w:line="220" w:lineRule="exact"/>
        <w:rPr>
          <w:lang w:val="ru-RU"/>
        </w:rPr>
      </w:pPr>
    </w:p>
    <w:p w:rsidR="00E208F3" w:rsidRPr="008856FA" w:rsidRDefault="00741B5A">
      <w:pPr>
        <w:autoSpaceDE w:val="0"/>
        <w:autoSpaceDN w:val="0"/>
        <w:spacing w:after="0" w:line="262" w:lineRule="auto"/>
        <w:ind w:left="180" w:right="4896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Регулятивные универсальные учебные действия: </w:t>
      </w: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1</w:t>
      </w:r>
      <w:proofErr w:type="gramStart"/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)  Самоорганизация</w:t>
      </w:r>
      <w:proofErr w:type="gramEnd"/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:</w:t>
      </w:r>
    </w:p>
    <w:p w:rsidR="00E208F3" w:rsidRPr="008856FA" w:rsidRDefault="00741B5A">
      <w:pPr>
        <w:autoSpaceDE w:val="0"/>
        <w:autoSpaceDN w:val="0"/>
        <w:spacing w:before="178" w:after="0" w:line="262" w:lineRule="auto"/>
        <w:ind w:left="420" w:right="7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планировать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самостоятельно или с небольшой помощью учителя действия по решению учебной задачи; </w:t>
      </w:r>
    </w:p>
    <w:p w:rsidR="00E208F3" w:rsidRPr="008856FA" w:rsidRDefault="00741B5A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выстраивать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последовательность выбранных действий и операций.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2)  Самоконтроль: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осуществлять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контроль процесса и результата своей деятельности;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находить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ошибки в своей работе и устанавливать их причины; корректировать свои действия при необходимости (с небольшой помощью учителя); </w:t>
      </w:r>
    </w:p>
    <w:p w:rsidR="00E208F3" w:rsidRPr="008856FA" w:rsidRDefault="00741B5A">
      <w:pPr>
        <w:autoSpaceDE w:val="0"/>
        <w:autoSpaceDN w:val="0"/>
        <w:spacing w:before="192" w:after="0" w:line="262" w:lineRule="auto"/>
        <w:ind w:left="42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предвидеть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8856FA">
        <w:rPr>
          <w:rFonts w:ascii="Times New Roman" w:eastAsia="Times New Roman" w:hAnsi="Times New Roman"/>
          <w:i/>
          <w:color w:val="000000"/>
          <w:sz w:val="24"/>
          <w:lang w:val="ru-RU"/>
        </w:rPr>
        <w:t>3)  Самооценка</w:t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E208F3" w:rsidRPr="008856FA" w:rsidRDefault="00741B5A">
      <w:pPr>
        <w:autoSpaceDE w:val="0"/>
        <w:autoSpaceDN w:val="0"/>
        <w:spacing w:before="178" w:after="0" w:line="262" w:lineRule="auto"/>
        <w:ind w:left="420" w:right="432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объективно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оценивать результаты своей деятельности, соотносить свою оценку с оценкой учителя;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144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оценивать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целесообразность выбранных способов действия, при необходимости корректировать их.</w:t>
      </w:r>
    </w:p>
    <w:p w:rsidR="00E208F3" w:rsidRPr="008856FA" w:rsidRDefault="00741B5A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Совместная деятельность:</w:t>
      </w:r>
    </w:p>
    <w:p w:rsidR="00E208F3" w:rsidRPr="008856FA" w:rsidRDefault="00741B5A">
      <w:pPr>
        <w:autoSpaceDE w:val="0"/>
        <w:autoSpaceDN w:val="0"/>
        <w:spacing w:before="178" w:after="0" w:line="271" w:lineRule="auto"/>
        <w:ind w:left="420" w:right="288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понимать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значение коллективной деятельности для успешного решения учебной </w:t>
      </w:r>
      <w:r w:rsidRPr="008856FA">
        <w:rPr>
          <w:lang w:val="ru-RU"/>
        </w:rPr>
        <w:br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158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коллективно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E208F3" w:rsidRPr="008856FA" w:rsidRDefault="00741B5A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проявлять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готовность руководить, выполнять поручения, подчиняться; </w:t>
      </w:r>
    </w:p>
    <w:p w:rsidR="00E208F3" w:rsidRPr="008856FA" w:rsidRDefault="00741B5A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выполнять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 совместной деятельности: справедливо распределять и оценивать работу каждого участника; считаться с наличием разных мнений; не допускать  конфликтов, при их возникновении мирно разрешать без участия взрослого; </w:t>
      </w:r>
    </w:p>
    <w:p w:rsidR="00E208F3" w:rsidRPr="008856FA" w:rsidRDefault="00741B5A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ответственно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выполнять свою часть работы.</w:t>
      </w:r>
    </w:p>
    <w:p w:rsidR="00E208F3" w:rsidRPr="008856FA" w:rsidRDefault="00741B5A">
      <w:pPr>
        <w:autoSpaceDE w:val="0"/>
        <w:autoSpaceDN w:val="0"/>
        <w:spacing w:before="288" w:after="0" w:line="230" w:lineRule="auto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E208F3" w:rsidRPr="008856FA" w:rsidRDefault="00741B5A">
      <w:pPr>
        <w:autoSpaceDE w:val="0"/>
        <w:autoSpaceDN w:val="0"/>
        <w:spacing w:before="346" w:after="0" w:line="230" w:lineRule="auto"/>
        <w:ind w:left="180"/>
        <w:rPr>
          <w:lang w:val="ru-RU"/>
        </w:rPr>
      </w:pP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</w:t>
      </w: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 классе </w:t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обучающийся научится:</w:t>
      </w:r>
    </w:p>
    <w:p w:rsidR="00E208F3" w:rsidRPr="008856FA" w:rsidRDefault="00741B5A">
      <w:pPr>
        <w:autoSpaceDE w:val="0"/>
        <w:autoSpaceDN w:val="0"/>
        <w:spacing w:before="178" w:after="0" w:line="271" w:lineRule="auto"/>
        <w:ind w:left="420" w:right="288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называть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E208F3" w:rsidRPr="008856FA" w:rsidRDefault="00741B5A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воспроизводить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название своего населённого пункта, региона, страны;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приводить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примеры культурных объектов родного края, школьных традиций и праздников, традиций и ценностей своей семьи, профессий; </w:t>
      </w:r>
    </w:p>
    <w:p w:rsidR="00E208F3" w:rsidRPr="008856FA" w:rsidRDefault="00741B5A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различать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объекты живой и неживой природы, объекты, созданные человеком, и природные материалы, части растений (корень, стебель, лист, цветок, плод, семя), группы </w:t>
      </w:r>
      <w:r w:rsidRPr="008856FA">
        <w:rPr>
          <w:lang w:val="ru-RU"/>
        </w:rPr>
        <w:br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животных(насекомые, рыбы, птицы, звери); </w:t>
      </w:r>
    </w:p>
    <w:p w:rsidR="00E208F3" w:rsidRPr="008856FA" w:rsidRDefault="00E208F3">
      <w:pPr>
        <w:rPr>
          <w:lang w:val="ru-RU"/>
        </w:rPr>
        <w:sectPr w:rsidR="00E208F3" w:rsidRPr="008856FA">
          <w:pgSz w:w="11900" w:h="16840"/>
          <w:pgMar w:top="298" w:right="650" w:bottom="43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208F3" w:rsidRPr="008856FA" w:rsidRDefault="00E208F3">
      <w:pPr>
        <w:autoSpaceDE w:val="0"/>
        <w:autoSpaceDN w:val="0"/>
        <w:spacing w:after="108" w:line="220" w:lineRule="exact"/>
        <w:rPr>
          <w:lang w:val="ru-RU"/>
        </w:rPr>
      </w:pPr>
    </w:p>
    <w:p w:rsidR="00E208F3" w:rsidRPr="008856FA" w:rsidRDefault="00741B5A">
      <w:pPr>
        <w:autoSpaceDE w:val="0"/>
        <w:autoSpaceDN w:val="0"/>
        <w:spacing w:after="0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описывать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E208F3" w:rsidRPr="008856FA" w:rsidRDefault="00741B5A">
      <w:pPr>
        <w:autoSpaceDE w:val="0"/>
        <w:autoSpaceDN w:val="0"/>
        <w:spacing w:before="190" w:after="0" w:line="230" w:lineRule="auto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применять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 ухода за комнатными растениями и домашними животными; </w:t>
      </w:r>
    </w:p>
    <w:p w:rsidR="00E208F3" w:rsidRPr="008856FA" w:rsidRDefault="00741B5A">
      <w:pPr>
        <w:autoSpaceDE w:val="0"/>
        <w:autoSpaceDN w:val="0"/>
        <w:spacing w:before="190" w:after="0"/>
        <w:ind w:right="144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проводить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E208F3" w:rsidRPr="008856FA" w:rsidRDefault="00741B5A">
      <w:pPr>
        <w:autoSpaceDE w:val="0"/>
        <w:autoSpaceDN w:val="0"/>
        <w:spacing w:before="192" w:after="0" w:line="230" w:lineRule="auto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для ответов на вопросы небольшие тексты о природе и обществе; </w:t>
      </w:r>
    </w:p>
    <w:p w:rsidR="00E208F3" w:rsidRPr="008856FA" w:rsidRDefault="00741B5A">
      <w:pPr>
        <w:autoSpaceDE w:val="0"/>
        <w:autoSpaceDN w:val="0"/>
        <w:spacing w:before="192" w:after="0" w:line="262" w:lineRule="auto"/>
        <w:ind w:right="432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оценивать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ситуации, раскрывающие положительное и негативное отношение к природе; правила поведения в быту, в общественных местах;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right="576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соблюдать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E208F3" w:rsidRPr="008856FA" w:rsidRDefault="00741B5A">
      <w:pPr>
        <w:autoSpaceDE w:val="0"/>
        <w:autoSpaceDN w:val="0"/>
        <w:spacing w:before="190" w:after="0" w:line="230" w:lineRule="auto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соблюдать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 здорового питания и личной гигиены; </w:t>
      </w:r>
    </w:p>
    <w:p w:rsidR="00E208F3" w:rsidRPr="008856FA" w:rsidRDefault="00741B5A">
      <w:pPr>
        <w:autoSpaceDE w:val="0"/>
        <w:autoSpaceDN w:val="0"/>
        <w:spacing w:before="190" w:after="0" w:line="230" w:lineRule="auto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соблюдать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 безопасного поведения пешехода; </w:t>
      </w:r>
    </w:p>
    <w:p w:rsidR="00E208F3" w:rsidRPr="008856FA" w:rsidRDefault="00741B5A">
      <w:pPr>
        <w:autoSpaceDE w:val="0"/>
        <w:autoSpaceDN w:val="0"/>
        <w:spacing w:before="190" w:after="0" w:line="230" w:lineRule="auto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соблюдать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 безопасного поведения в природе; </w:t>
      </w:r>
    </w:p>
    <w:p w:rsidR="00E208F3" w:rsidRPr="008856FA" w:rsidRDefault="00741B5A">
      <w:pPr>
        <w:autoSpaceDE w:val="0"/>
        <w:autoSpaceDN w:val="0"/>
        <w:spacing w:before="190" w:after="0" w:line="262" w:lineRule="auto"/>
        <w:ind w:right="1008"/>
        <w:rPr>
          <w:lang w:val="ru-RU"/>
        </w:rPr>
      </w:pPr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—  с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 помощью взрослых (учителя, родителей) пользоваться электронным дневником и электронными ресурсами школы.</w:t>
      </w:r>
    </w:p>
    <w:p w:rsidR="00E208F3" w:rsidRPr="008856FA" w:rsidRDefault="00E208F3">
      <w:pPr>
        <w:rPr>
          <w:lang w:val="ru-RU"/>
        </w:rPr>
        <w:sectPr w:rsidR="00E208F3" w:rsidRPr="008856FA">
          <w:pgSz w:w="11900" w:h="16840"/>
          <w:pgMar w:top="328" w:right="840" w:bottom="1440" w:left="1086" w:header="720" w:footer="720" w:gutter="0"/>
          <w:cols w:space="720" w:equalWidth="0">
            <w:col w:w="9974" w:space="0"/>
          </w:cols>
          <w:docGrid w:linePitch="360"/>
        </w:sectPr>
      </w:pPr>
    </w:p>
    <w:p w:rsidR="00E208F3" w:rsidRPr="008856FA" w:rsidRDefault="00E208F3">
      <w:pPr>
        <w:autoSpaceDE w:val="0"/>
        <w:autoSpaceDN w:val="0"/>
        <w:spacing w:after="64" w:line="220" w:lineRule="exact"/>
        <w:rPr>
          <w:lang w:val="ru-RU"/>
        </w:rPr>
      </w:pPr>
    </w:p>
    <w:p w:rsidR="00E208F3" w:rsidRDefault="00741B5A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3266"/>
        <w:gridCol w:w="528"/>
        <w:gridCol w:w="1106"/>
        <w:gridCol w:w="1140"/>
        <w:gridCol w:w="804"/>
        <w:gridCol w:w="3638"/>
        <w:gridCol w:w="1082"/>
        <w:gridCol w:w="3470"/>
      </w:tblGrid>
      <w:tr w:rsidR="00E208F3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3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</w:p>
        </w:tc>
        <w:tc>
          <w:tcPr>
            <w:tcW w:w="36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 деятельности</w:t>
            </w:r>
          </w:p>
        </w:tc>
        <w:tc>
          <w:tcPr>
            <w:tcW w:w="10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47" w:lineRule="auto"/>
              <w:ind w:left="72" w:right="288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</w:p>
        </w:tc>
        <w:tc>
          <w:tcPr>
            <w:tcW w:w="3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45" w:lineRule="auto"/>
              <w:ind w:left="70" w:right="288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E208F3">
        <w:trPr>
          <w:trHeight w:hRule="exact" w:val="540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8F3" w:rsidRDefault="00E208F3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8F3" w:rsidRDefault="00E208F3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8F3" w:rsidRDefault="00E208F3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8F3" w:rsidRDefault="00E208F3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8F3" w:rsidRDefault="00E208F3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8F3" w:rsidRDefault="00E208F3"/>
        </w:tc>
      </w:tr>
      <w:tr w:rsidR="00E208F3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 1.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Человек и общество.</w:t>
            </w:r>
          </w:p>
        </w:tc>
      </w:tr>
      <w:tr w:rsidR="00E208F3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8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80" w:after="0" w:line="250" w:lineRule="auto"/>
              <w:ind w:left="72" w:right="576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Школьные традиции и праздники. Классный, школьный коллектив, совместная деятельность.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80" w:after="0" w:line="230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Экскурсия по школе, знакомство с помещениями;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80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80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Одноклассники, взаимоотношения между ними; ценность дружбы, взаимной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помощи.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45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Обсуждение ситуаций по теме «Правила поведения в классе и в школе»;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50" w:lineRule="auto"/>
              <w:ind w:left="72" w:right="43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Рабочее место школьника. Правила безопасной работы на учебном месте, режим труда и отдыха.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Беседа по теме «Как содержать рабочее место в порядке»;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227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Россия Москва — столица России. Народы России.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54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Просмотр и обсуждение иллюстраций,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видеофрагментов и других материалов (по выбору) на темы «Москва — столица России», «Экскурсия по Москве»;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Экскурсии, целевые прогулки, просмотр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иллюстраций, видеофрагментов и других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материалов (по вы бору) на тему «Москва —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столица России»;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Экскурсии, целевые прогулки, просмотр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иллюстраций, видеофрагментов и других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материалов о родном крае, труде людей;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https://www.youtube.com/watch?</w:t>
            </w:r>
          </w:p>
          <w:p w:rsidR="00E208F3" w:rsidRPr="008856FA" w:rsidRDefault="00741B5A">
            <w:pPr>
              <w:autoSpaceDE w:val="0"/>
              <w:autoSpaceDN w:val="0"/>
              <w:spacing w:before="20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time_continue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=8&amp;v=cyb7qwHrQZw&amp;feature=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emb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_</w:t>
            </w:r>
            <w:r w:rsidR="008856FA" w:rsidRPr="008856FA"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 </w:t>
            </w:r>
          </w:p>
        </w:tc>
      </w:tr>
      <w:tr w:rsidR="00E208F3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Первоначальные сведения о родном крае. Название своего   населённого пункта (города, села), региона.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50" w:lineRule="auto"/>
              <w:ind w:right="720"/>
              <w:jc w:val="center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Экскурсии, целевые прогулки, просмотр иллюстраций, видеофрагментов и других материалов о родном крае, труде людей;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11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1.6.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47" w:lineRule="auto"/>
              <w:ind w:left="72" w:right="244"/>
              <w:jc w:val="both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Культурные объекты родного края. Труд людей. Ценность и красота рукотворного мира.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Экскурсии, целевые прогулки, просмотр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иллюстраций, видеофрагментов и других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материалов о родном крае, труде людей;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Рассматривание и описание изделий народных промыслов родного края и народов России;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9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1.7.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Правила поведения в социуме.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Беседа по теме «Правила поведения в учреждениях культуры — в театре, музее, библиотеке»;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90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1.8.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45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Моя семья в прошлом и настоящем. Имена и фамилии членов семьи, их профессии.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50" w:lineRule="auto"/>
              <w:ind w:left="72" w:right="576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Работа с иллюстративным материалом: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рассматривание фото, репродукций на </w:t>
            </w:r>
            <w:proofErr w:type="spellStart"/>
            <w:proofErr w:type="gramStart"/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тему«</w:t>
            </w:r>
            <w:proofErr w:type="gramEnd"/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Семья</w:t>
            </w:r>
            <w:proofErr w:type="spellEnd"/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»;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Учебный диалог по теме «Что такое семья»;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</w:t>
            </w:r>
          </w:p>
        </w:tc>
      </w:tr>
    </w:tbl>
    <w:p w:rsidR="00E208F3" w:rsidRDefault="00E208F3">
      <w:pPr>
        <w:autoSpaceDE w:val="0"/>
        <w:autoSpaceDN w:val="0"/>
        <w:spacing w:after="0" w:line="14" w:lineRule="exact"/>
      </w:pPr>
    </w:p>
    <w:p w:rsidR="00E208F3" w:rsidRDefault="00E208F3">
      <w:pPr>
        <w:sectPr w:rsidR="00E208F3">
          <w:pgSz w:w="16840" w:h="11900"/>
          <w:pgMar w:top="282" w:right="640" w:bottom="62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E208F3" w:rsidRDefault="00E208F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3266"/>
        <w:gridCol w:w="528"/>
        <w:gridCol w:w="1106"/>
        <w:gridCol w:w="1140"/>
        <w:gridCol w:w="804"/>
        <w:gridCol w:w="3638"/>
        <w:gridCol w:w="1082"/>
        <w:gridCol w:w="3470"/>
      </w:tblGrid>
      <w:tr w:rsidR="00E208F3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1.9.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45" w:lineRule="auto"/>
              <w:ind w:left="72" w:right="432"/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Взаимоотношения и взаимопомощь в семье.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Совместный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труд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отдых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Рассказы детей по теме «Как наша семья проводит свободное время»;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E208F3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1.10.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Домашний адрес.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Безопасный путь от дома до </w:t>
            </w:r>
            <w:proofErr w:type="gramStart"/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школы;;</w:t>
            </w:r>
            <w:proofErr w:type="gramEnd"/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350"/>
        </w:trPr>
        <w:tc>
          <w:tcPr>
            <w:tcW w:w="3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16</w:t>
            </w:r>
          </w:p>
        </w:tc>
        <w:tc>
          <w:tcPr>
            <w:tcW w:w="11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</w:tr>
      <w:tr w:rsidR="00E208F3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 2.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Человек и природа.</w:t>
            </w:r>
          </w:p>
        </w:tc>
      </w:tr>
      <w:tr w:rsidR="00E208F3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64" w:after="0" w:line="245" w:lineRule="auto"/>
              <w:ind w:left="72" w:right="576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Природа и предметы, созданные человеком. Природные материалы.</w:t>
            </w:r>
          </w:p>
          <w:p w:rsidR="00E208F3" w:rsidRPr="008856FA" w:rsidRDefault="00741B5A">
            <w:pPr>
              <w:autoSpaceDE w:val="0"/>
              <w:autoSpaceDN w:val="0"/>
              <w:spacing w:before="18" w:after="0" w:line="245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Бережное отношение к </w:t>
            </w:r>
            <w:proofErr w:type="gramStart"/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пред метам</w:t>
            </w:r>
            <w:proofErr w:type="gramEnd"/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, вещам, уход за ними.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Учебный диалог по теме «Почему люди должны оберегать и охранять природу»;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E208F3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64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Неживая и живая природа.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 с иллюстративным материалом: «Живая и неживая природа»;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E208F3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47" w:lineRule="auto"/>
              <w:ind w:left="72" w:right="144"/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Погода и термометр. Наблюдение за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погодой своего края.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Сезонные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изменения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природе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50" w:lineRule="auto"/>
              <w:ind w:left="72" w:right="576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Экскурсии по теме «Сезонные изменения в природе, наблюдение за погодой»;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Практическая работа по теме «Измеряем температуру»;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9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Взаимосвязи между человеком и природой. Правила нравственного и безопасного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поведения в природе.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50" w:lineRule="auto"/>
              <w:ind w:left="72" w:right="144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Учебный диалог по теме «Почему люди должны; оберегать и охранять природу</w:t>
            </w:r>
            <w:proofErr w:type="gramStart"/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».;</w:t>
            </w:r>
            <w:proofErr w:type="gramEnd"/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Обсуждение ситуаций по теме «Правила;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поведения в природе»;;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E208F3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64" w:after="0" w:line="252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Растения ближайшего окружения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(узнавание, называние, </w:t>
            </w:r>
            <w:proofErr w:type="gramStart"/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краткое  описание</w:t>
            </w:r>
            <w:proofErr w:type="gramEnd"/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Экскурсия;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Сравнение внешнего вида деревьев, кустарников, трав;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E208F3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Лиственные и хвойные растения.</w:t>
            </w:r>
          </w:p>
          <w:p w:rsidR="00E208F3" w:rsidRPr="008856FA" w:rsidRDefault="00741B5A">
            <w:pPr>
              <w:autoSpaceDE w:val="0"/>
              <w:autoSpaceDN w:val="0"/>
              <w:spacing w:before="18" w:after="0" w:line="233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Дикорастущие и культурные растения.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Определение названия по внешнему виду дерева;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2.7.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50" w:lineRule="auto"/>
              <w:ind w:left="72" w:right="144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Части растения (называние, краткая характеристика значения для жизни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растения): корень, стебель, лист, цветок, плод, семя.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47" w:lineRule="auto"/>
              <w:ind w:left="72" w:right="256"/>
              <w:jc w:val="both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Рассматривание и зарисовка разнообразия частей растения: разные листья, разные цветки и плоды, разные корни (по выбору);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109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2.8.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Комнатные растения, правила содержания и ухода.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Рассматривание и зарисовка разнообразия частей растения: разные листья, разные цветки и плоды, разные корни (по выбору);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Практическая работа по теме «Учимся ухаживать за растениями уголка природы»;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</w:tbl>
    <w:p w:rsidR="00E208F3" w:rsidRDefault="00E208F3">
      <w:pPr>
        <w:autoSpaceDE w:val="0"/>
        <w:autoSpaceDN w:val="0"/>
        <w:spacing w:after="0" w:line="14" w:lineRule="exact"/>
      </w:pPr>
    </w:p>
    <w:p w:rsidR="00E208F3" w:rsidRDefault="00E208F3">
      <w:pPr>
        <w:sectPr w:rsidR="00E208F3">
          <w:pgSz w:w="16840" w:h="11900"/>
          <w:pgMar w:top="284" w:right="640" w:bottom="97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E208F3" w:rsidRDefault="00E208F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3266"/>
        <w:gridCol w:w="528"/>
        <w:gridCol w:w="1106"/>
        <w:gridCol w:w="1140"/>
        <w:gridCol w:w="804"/>
        <w:gridCol w:w="3638"/>
        <w:gridCol w:w="1082"/>
        <w:gridCol w:w="3470"/>
      </w:tblGrid>
      <w:tr w:rsidR="00E208F3">
        <w:trPr>
          <w:trHeight w:hRule="exact" w:val="22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2.9.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45" w:lineRule="auto"/>
              <w:ind w:left="72" w:right="720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Разные группы животных (звери, насекомые, птицы, рыбы и др.).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54" w:lineRule="auto"/>
              <w:ind w:left="72" w:right="144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Игра-соревнование по теме «Кто больше назовёт насекомых (птиц, зверей…)»;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Наблюдения за поведением животных в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естественных условиях: повадки птиц, движения зверей, условия обитаний насекомых (во время экскурсий, целевых прогулок, просмотра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видеоматериалов);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Логическая задача: найди ошибку в иллюстрациях— какое животное попало в эту группу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неправильно;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E208F3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2.10.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Домашние и дикие животные (различия в условиях жизни).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Логическая задача: найди ошибку в иллюстрациях— какое животное попало в эту группу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неправильно;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Рассказы детей по теме «Мой домашний питомец»;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2.11.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Забота о домашних питомцах.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33" w:lineRule="auto"/>
              <w:jc w:val="center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Рассказы детей по теме «Мой домашний питомец»;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348"/>
        </w:trPr>
        <w:tc>
          <w:tcPr>
            <w:tcW w:w="3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37</w:t>
            </w:r>
          </w:p>
        </w:tc>
        <w:tc>
          <w:tcPr>
            <w:tcW w:w="11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</w:tr>
      <w:tr w:rsidR="00E208F3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 3.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Правила безопасной жизни.</w:t>
            </w:r>
          </w:p>
        </w:tc>
      </w:tr>
      <w:tr w:rsidR="00E208F3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47" w:lineRule="auto"/>
              <w:ind w:left="72" w:right="288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Необходимость соблюдения режима дня, правил здорового питания и личной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гигиены.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Беседа по теме «Что такое режим дня»: обсуждение режима дня первоклассника;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Правила безопасности в быту: пользование бытовыми </w:t>
            </w:r>
            <w:proofErr w:type="spellStart"/>
            <w:proofErr w:type="gramStart"/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электро</w:t>
            </w:r>
            <w:proofErr w:type="spellEnd"/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приборами</w:t>
            </w:r>
            <w:proofErr w:type="gramEnd"/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, газовыми плитами.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Беседа " Правила безопасности в быту";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50" w:lineRule="auto"/>
              <w:ind w:left="72" w:right="43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Дорога от дома до школы. Правила безопасного поведения пешехода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(дорожные знаки, дорожная разметка, дорожные сигналы).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45" w:lineRule="auto"/>
              <w:ind w:left="72" w:right="1728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Правила ПДД;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Безопасность вокруг </w:t>
            </w:r>
            <w:proofErr w:type="gramStart"/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нас;;</w:t>
            </w:r>
            <w:proofErr w:type="gramEnd"/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E208F3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50" w:lineRule="auto"/>
              <w:ind w:left="72" w:right="43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Безопасность в сети Интернет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(электронный дневник и электронные ресурсы школы) в условиях </w:t>
            </w:r>
            <w:r w:rsidRPr="008856FA">
              <w:rPr>
                <w:lang w:val="ru-RU"/>
              </w:rPr>
              <w:br/>
            </w:r>
            <w:r w:rsidRPr="008856FA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контролируемого доступа в Интернет.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8" w:after="0" w:line="245" w:lineRule="auto"/>
              <w:ind w:left="72" w:right="115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Практическое занятие в </w:t>
            </w:r>
            <w:proofErr w:type="gramStart"/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кабинете.;</w:t>
            </w:r>
            <w:proofErr w:type="gramEnd"/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Безопасность в интернете.;;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3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-</w:t>
            </w:r>
          </w:p>
        </w:tc>
      </w:tr>
      <w:tr w:rsidR="00E208F3">
        <w:trPr>
          <w:trHeight w:hRule="exact" w:val="348"/>
        </w:trPr>
        <w:tc>
          <w:tcPr>
            <w:tcW w:w="3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11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</w:tr>
      <w:tr w:rsidR="00E208F3">
        <w:trPr>
          <w:trHeight w:hRule="exact" w:val="348"/>
        </w:trPr>
        <w:tc>
          <w:tcPr>
            <w:tcW w:w="3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 время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240" w:type="dxa"/>
            <w:gridSpan w:val="6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</w:tr>
      <w:tr w:rsidR="00E208F3">
        <w:trPr>
          <w:trHeight w:hRule="exact" w:val="330"/>
        </w:trPr>
        <w:tc>
          <w:tcPr>
            <w:tcW w:w="3734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Pr="008856FA" w:rsidRDefault="00741B5A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8856FA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66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741B5A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19.5</w:t>
            </w:r>
          </w:p>
        </w:tc>
        <w:tc>
          <w:tcPr>
            <w:tcW w:w="8994" w:type="dxa"/>
            <w:gridSpan w:val="4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208F3" w:rsidRDefault="00E208F3"/>
        </w:tc>
      </w:tr>
    </w:tbl>
    <w:p w:rsidR="00E208F3" w:rsidRDefault="00E208F3">
      <w:pPr>
        <w:autoSpaceDE w:val="0"/>
        <w:autoSpaceDN w:val="0"/>
        <w:spacing w:after="0" w:line="14" w:lineRule="exact"/>
      </w:pPr>
    </w:p>
    <w:p w:rsidR="00E208F3" w:rsidRDefault="00E208F3">
      <w:pPr>
        <w:sectPr w:rsidR="00E208F3">
          <w:pgSz w:w="16840" w:h="11900"/>
          <w:pgMar w:top="284" w:right="640" w:bottom="109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E208F3" w:rsidRDefault="00E208F3">
      <w:pPr>
        <w:autoSpaceDE w:val="0"/>
        <w:autoSpaceDN w:val="0"/>
        <w:spacing w:after="78" w:line="220" w:lineRule="exact"/>
      </w:pPr>
    </w:p>
    <w:p w:rsidR="00E208F3" w:rsidRDefault="00741B5A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E208F3" w:rsidRPr="008856FA" w:rsidRDefault="00741B5A">
      <w:pPr>
        <w:autoSpaceDE w:val="0"/>
        <w:autoSpaceDN w:val="0"/>
        <w:spacing w:before="346" w:after="0" w:line="298" w:lineRule="auto"/>
        <w:ind w:right="720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ОБЯЗАТЕЛЬНЫЕ УЧЕБНЫЕ МАТЕРИАЛЫ ДЛЯ УЧЕНИКА </w:t>
      </w:r>
      <w:r w:rsidRPr="008856FA">
        <w:rPr>
          <w:lang w:val="ru-RU"/>
        </w:rPr>
        <w:br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Окружающий мир (в 2 частях), 1 класс /Плешаков А.А., Акционерное общество «</w:t>
      </w:r>
      <w:proofErr w:type="spellStart"/>
      <w:proofErr w:type="gramStart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Издательство«</w:t>
      </w:r>
      <w:proofErr w:type="gram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Просвещение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 xml:space="preserve">»; </w:t>
      </w:r>
      <w:r w:rsidRPr="008856FA">
        <w:rPr>
          <w:lang w:val="ru-RU"/>
        </w:rPr>
        <w:br/>
      </w:r>
    </w:p>
    <w:p w:rsidR="00E208F3" w:rsidRPr="008856FA" w:rsidRDefault="00741B5A">
      <w:pPr>
        <w:autoSpaceDE w:val="0"/>
        <w:autoSpaceDN w:val="0"/>
        <w:spacing w:before="262" w:after="0" w:line="302" w:lineRule="auto"/>
        <w:ind w:right="1872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МЕТОДИЧЕСКИЕ МАТЕРИАЛЫ ДЛЯ УЧИТЕЛЯ </w:t>
      </w:r>
      <w:r w:rsidRPr="008856FA">
        <w:rPr>
          <w:lang w:val="ru-RU"/>
        </w:rPr>
        <w:br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Методические рекомендации по окружающему миру 1 класс Москва. Просвещение</w:t>
      </w:r>
    </w:p>
    <w:p w:rsidR="00E208F3" w:rsidRPr="008856FA" w:rsidRDefault="00741B5A">
      <w:pPr>
        <w:autoSpaceDE w:val="0"/>
        <w:autoSpaceDN w:val="0"/>
        <w:spacing w:before="264" w:after="0" w:line="302" w:lineRule="auto"/>
        <w:ind w:right="1440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ЦИФРОВЫЕ ОБРАЗОВАТЕЛЬНЫЕ РЕСУРСЫ И РЕСУРСЫ СЕТИ ИНТЕРНЕТ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resh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edu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/</w:t>
      </w:r>
    </w:p>
    <w:p w:rsidR="00E208F3" w:rsidRPr="008856FA" w:rsidRDefault="00E208F3">
      <w:pPr>
        <w:rPr>
          <w:lang w:val="ru-RU"/>
        </w:rPr>
        <w:sectPr w:rsidR="00E208F3" w:rsidRPr="008856FA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208F3" w:rsidRPr="008856FA" w:rsidRDefault="00E208F3">
      <w:pPr>
        <w:autoSpaceDE w:val="0"/>
        <w:autoSpaceDN w:val="0"/>
        <w:spacing w:after="78" w:line="220" w:lineRule="exact"/>
        <w:rPr>
          <w:lang w:val="ru-RU"/>
        </w:rPr>
      </w:pPr>
    </w:p>
    <w:p w:rsidR="00E208F3" w:rsidRPr="008856FA" w:rsidRDefault="00741B5A">
      <w:pPr>
        <w:autoSpaceDE w:val="0"/>
        <w:autoSpaceDN w:val="0"/>
        <w:spacing w:after="0" w:line="230" w:lineRule="auto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:rsidR="00E208F3" w:rsidRPr="008856FA" w:rsidRDefault="00741B5A">
      <w:pPr>
        <w:autoSpaceDE w:val="0"/>
        <w:autoSpaceDN w:val="0"/>
        <w:spacing w:before="346" w:after="0" w:line="302" w:lineRule="auto"/>
        <w:ind w:right="3456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УЧЕБНОЕ ОБОРУДОВАНИЕ </w:t>
      </w:r>
      <w:r w:rsidRPr="008856FA">
        <w:rPr>
          <w:lang w:val="ru-RU"/>
        </w:rPr>
        <w:br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Учебные плакаты по темам. Мультимедийный проектор, компьютер</w:t>
      </w:r>
    </w:p>
    <w:p w:rsidR="00E208F3" w:rsidRPr="008856FA" w:rsidRDefault="00741B5A">
      <w:pPr>
        <w:autoSpaceDE w:val="0"/>
        <w:autoSpaceDN w:val="0"/>
        <w:spacing w:before="262" w:after="0" w:line="300" w:lineRule="auto"/>
        <w:ind w:right="720"/>
        <w:rPr>
          <w:lang w:val="ru-RU"/>
        </w:rPr>
      </w:pPr>
      <w:r w:rsidRPr="008856FA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ОБОРУДОВАНИЕ ДЛЯ ПРОВЕДЕНИЯ ЛАБОРАТОРНЫХ, ПРАКТИЧЕСКИХ РАБОТ, ДЕМОНСТРАЦИЙ </w:t>
      </w:r>
      <w:r w:rsidRPr="008856FA">
        <w:rPr>
          <w:lang w:val="ru-RU"/>
        </w:rPr>
        <w:br/>
      </w:r>
      <w:r w:rsidRPr="008856FA">
        <w:rPr>
          <w:rFonts w:ascii="Times New Roman" w:eastAsia="Times New Roman" w:hAnsi="Times New Roman"/>
          <w:color w:val="000000"/>
          <w:sz w:val="24"/>
          <w:lang w:val="ru-RU"/>
        </w:rPr>
        <w:t>Термометр, гербарий.</w:t>
      </w:r>
    </w:p>
    <w:p w:rsidR="00E208F3" w:rsidRPr="008856FA" w:rsidRDefault="00E208F3">
      <w:pPr>
        <w:rPr>
          <w:lang w:val="ru-RU"/>
        </w:rPr>
        <w:sectPr w:rsidR="00E208F3" w:rsidRPr="008856FA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41B5A" w:rsidRPr="008856FA" w:rsidRDefault="00741B5A">
      <w:pPr>
        <w:rPr>
          <w:lang w:val="ru-RU"/>
        </w:rPr>
      </w:pPr>
    </w:p>
    <w:sectPr w:rsidR="00741B5A" w:rsidRPr="008856FA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41B5A"/>
    <w:rsid w:val="008856FA"/>
    <w:rsid w:val="00AA1D8D"/>
    <w:rsid w:val="00B47730"/>
    <w:rsid w:val="00CB0664"/>
    <w:rsid w:val="00DC0D8E"/>
    <w:rsid w:val="00E208F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5B4F7EF5-B3A6-4B92-A1B6-80F078F9E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D9D32CC-1368-4D0D-8A91-D0B593AF7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4231</Words>
  <Characters>24119</Characters>
  <Application>Microsoft Office Word</Application>
  <DocSecurity>0</DocSecurity>
  <Lines>200</Lines>
  <Paragraphs>56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28294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Люба</cp:lastModifiedBy>
  <cp:revision>3</cp:revision>
  <dcterms:created xsi:type="dcterms:W3CDTF">2022-08-30T20:26:00Z</dcterms:created>
  <dcterms:modified xsi:type="dcterms:W3CDTF">2022-09-07T20:21:00Z</dcterms:modified>
  <cp:category/>
</cp:coreProperties>
</file>